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6AB36" w14:textId="77777777" w:rsidR="0053187F" w:rsidRPr="00923129" w:rsidRDefault="005B0A47" w:rsidP="00E90397">
      <w:pPr>
        <w:pStyle w:val="Nagwek1"/>
        <w:spacing w:line="360" w:lineRule="auto"/>
        <w:rPr>
          <w:lang w:val="pl-PL"/>
        </w:rPr>
      </w:pPr>
      <w:r w:rsidRPr="00923129">
        <w:rPr>
          <w:lang w:val="pl-PL"/>
        </w:rPr>
        <w:t>Deklaracja uczestnictwa w projekcie</w:t>
      </w:r>
    </w:p>
    <w:p w14:paraId="1A333061" w14:textId="18BD09D5" w:rsidR="0053187F" w:rsidRPr="00923129" w:rsidRDefault="005B0A47" w:rsidP="00E90397">
      <w:pPr>
        <w:spacing w:line="360" w:lineRule="auto"/>
        <w:rPr>
          <w:lang w:val="pl-PL"/>
        </w:rPr>
      </w:pPr>
      <w:r w:rsidRPr="00923129">
        <w:rPr>
          <w:lang w:val="pl-PL"/>
        </w:rPr>
        <w:t>„Wspólnie dla rodziny”</w:t>
      </w:r>
    </w:p>
    <w:p w14:paraId="1A5A32B5" w14:textId="31A19A20" w:rsidR="00EB189F" w:rsidRPr="00923129" w:rsidRDefault="005B0A47" w:rsidP="00EB189F">
      <w:pPr>
        <w:spacing w:line="360" w:lineRule="auto"/>
        <w:rPr>
          <w:lang w:val="pl-PL"/>
        </w:rPr>
      </w:pPr>
      <w:r w:rsidRPr="00923129">
        <w:rPr>
          <w:b/>
          <w:lang w:val="pl-PL"/>
        </w:rPr>
        <w:t>Imię i nazwisko</w:t>
      </w:r>
      <w:r w:rsidR="00EB189F" w:rsidRPr="00923129">
        <w:rPr>
          <w:b/>
          <w:lang w:val="pl-PL"/>
        </w:rPr>
        <w:t xml:space="preserve"> </w:t>
      </w:r>
      <w:r w:rsidR="00923129">
        <w:rPr>
          <w:b/>
          <w:lang w:val="pl-PL"/>
        </w:rPr>
        <w:t>uczestnika</w:t>
      </w:r>
    </w:p>
    <w:p w14:paraId="2C8A0F29" w14:textId="77777777" w:rsidR="0053187F" w:rsidRPr="00923129" w:rsidRDefault="005B0A47" w:rsidP="00EB189F">
      <w:pPr>
        <w:spacing w:line="360" w:lineRule="auto"/>
        <w:rPr>
          <w:lang w:val="pl-PL"/>
        </w:rPr>
      </w:pPr>
      <w:r w:rsidRPr="00923129">
        <w:rPr>
          <w:lang w:val="pl-PL"/>
        </w:rPr>
        <w:t>........................................................................................................</w:t>
      </w:r>
    </w:p>
    <w:p w14:paraId="47746C43" w14:textId="77777777" w:rsidR="0053187F" w:rsidRPr="00923129" w:rsidRDefault="005B0A47" w:rsidP="001231F7">
      <w:pPr>
        <w:spacing w:line="360" w:lineRule="auto"/>
        <w:rPr>
          <w:lang w:val="pl-PL"/>
        </w:rPr>
      </w:pPr>
      <w:r w:rsidRPr="00923129">
        <w:rPr>
          <w:b/>
          <w:lang w:val="pl-PL"/>
        </w:rPr>
        <w:t>Adres</w:t>
      </w:r>
    </w:p>
    <w:p w14:paraId="586A3469" w14:textId="77777777" w:rsidR="0053187F" w:rsidRPr="00923129" w:rsidRDefault="005B0A47" w:rsidP="001231F7">
      <w:pPr>
        <w:spacing w:line="360" w:lineRule="auto"/>
        <w:rPr>
          <w:lang w:val="pl-PL"/>
        </w:rPr>
      </w:pPr>
      <w:r w:rsidRPr="00923129">
        <w:rPr>
          <w:lang w:val="pl-PL"/>
        </w:rPr>
        <w:t>........................................................................................................</w:t>
      </w:r>
    </w:p>
    <w:p w14:paraId="7D697376" w14:textId="77777777" w:rsidR="0053187F" w:rsidRPr="00923129" w:rsidRDefault="005B0A47" w:rsidP="001231F7">
      <w:pPr>
        <w:spacing w:line="360" w:lineRule="auto"/>
        <w:rPr>
          <w:lang w:val="pl-PL"/>
        </w:rPr>
      </w:pPr>
      <w:r w:rsidRPr="00923129">
        <w:rPr>
          <w:b/>
          <w:lang w:val="pl-PL"/>
        </w:rPr>
        <w:t>PESEL</w:t>
      </w:r>
    </w:p>
    <w:p w14:paraId="517F7578" w14:textId="77777777" w:rsidR="0053187F" w:rsidRPr="00923129" w:rsidRDefault="005B0A47" w:rsidP="001231F7">
      <w:pPr>
        <w:spacing w:line="360" w:lineRule="auto"/>
        <w:rPr>
          <w:lang w:val="pl-PL"/>
        </w:rPr>
      </w:pPr>
      <w:r w:rsidRPr="00923129">
        <w:rPr>
          <w:lang w:val="pl-PL"/>
        </w:rPr>
        <w:t>........................................................................................................</w:t>
      </w:r>
    </w:p>
    <w:p w14:paraId="21CA6353" w14:textId="77777777" w:rsidR="0053187F" w:rsidRPr="00923129" w:rsidRDefault="005B0A47" w:rsidP="001231F7">
      <w:pPr>
        <w:spacing w:after="0" w:line="360" w:lineRule="auto"/>
        <w:rPr>
          <w:lang w:val="pl-PL"/>
        </w:rPr>
      </w:pPr>
      <w:r w:rsidRPr="00923129">
        <w:rPr>
          <w:b/>
          <w:lang w:val="pl-PL"/>
        </w:rPr>
        <w:t>Oświadczam, że:</w:t>
      </w:r>
    </w:p>
    <w:p w14:paraId="63399D87" w14:textId="77777777" w:rsidR="00EB189F" w:rsidRPr="00923129" w:rsidRDefault="00EB189F" w:rsidP="001231F7">
      <w:pPr>
        <w:pStyle w:val="Listapunktowana"/>
        <w:spacing w:after="0" w:line="360" w:lineRule="auto"/>
        <w:rPr>
          <w:lang w:val="pl-PL"/>
        </w:rPr>
      </w:pPr>
      <w:r w:rsidRPr="00923129">
        <w:rPr>
          <w:lang w:val="pl-PL"/>
        </w:rPr>
        <w:t>wyrażam zgodę na uczestnictwo dziecka w projekcie „Wspólnie dla rodziny”, realizowanym w ramach naboru nr FESL.07.07-IZ.01-030/23;</w:t>
      </w:r>
    </w:p>
    <w:p w14:paraId="345D1F88" w14:textId="77777777" w:rsidR="00EB189F" w:rsidRPr="00923129" w:rsidRDefault="00EB189F" w:rsidP="001231F7">
      <w:pPr>
        <w:pStyle w:val="Listapunktowana"/>
        <w:spacing w:after="0" w:line="360" w:lineRule="auto"/>
        <w:rPr>
          <w:lang w:val="pl-PL"/>
        </w:rPr>
      </w:pPr>
      <w:r w:rsidRPr="00923129">
        <w:rPr>
          <w:lang w:val="pl-PL"/>
        </w:rPr>
        <w:t>zostałem/</w:t>
      </w:r>
      <w:proofErr w:type="spellStart"/>
      <w:r w:rsidRPr="00923129">
        <w:rPr>
          <w:lang w:val="pl-PL"/>
        </w:rPr>
        <w:t>am</w:t>
      </w:r>
      <w:proofErr w:type="spellEnd"/>
      <w:r w:rsidRPr="00923129">
        <w:rPr>
          <w:lang w:val="pl-PL"/>
        </w:rPr>
        <w:t xml:space="preserve"> poinformowany/a, że projekt jest współfinansowany przez Unię Europejską ze środków Europejskiego Funduszu Społecznego Plus w ramach Programu Fundusze Europejskie dla Śląskiego 2021–2027;</w:t>
      </w:r>
    </w:p>
    <w:p w14:paraId="738F75ED" w14:textId="77777777" w:rsidR="00EB189F" w:rsidRPr="00923129" w:rsidRDefault="00EB189F" w:rsidP="001231F7">
      <w:pPr>
        <w:pStyle w:val="Listapunktowana"/>
        <w:spacing w:after="0" w:line="360" w:lineRule="auto"/>
        <w:rPr>
          <w:lang w:val="pl-PL"/>
        </w:rPr>
      </w:pPr>
      <w:r w:rsidRPr="00923129">
        <w:rPr>
          <w:lang w:val="pl-PL"/>
        </w:rPr>
        <w:t>zapoznałem/</w:t>
      </w:r>
      <w:proofErr w:type="spellStart"/>
      <w:r w:rsidRPr="00923129">
        <w:rPr>
          <w:lang w:val="pl-PL"/>
        </w:rPr>
        <w:t>am</w:t>
      </w:r>
      <w:proofErr w:type="spellEnd"/>
      <w:r w:rsidRPr="00923129">
        <w:rPr>
          <w:lang w:val="pl-PL"/>
        </w:rPr>
        <w:t xml:space="preserve"> się z Regulaminem uczestnictwa w projekcie i akceptuję jego postanowienia;</w:t>
      </w:r>
    </w:p>
    <w:p w14:paraId="61ABF6E9" w14:textId="77777777" w:rsidR="00EB189F" w:rsidRPr="00923129" w:rsidRDefault="00EB189F" w:rsidP="001231F7">
      <w:pPr>
        <w:pStyle w:val="Listapunktowana"/>
        <w:spacing w:after="0" w:line="360" w:lineRule="auto"/>
        <w:rPr>
          <w:lang w:val="pl-PL"/>
        </w:rPr>
      </w:pPr>
      <w:r w:rsidRPr="00923129">
        <w:rPr>
          <w:lang w:val="pl-PL"/>
        </w:rPr>
        <w:t>dziecko należy do grupy osób uprawnionych do udziału w projekcie zgodnie z Regulaminem uczestnictwa;</w:t>
      </w:r>
    </w:p>
    <w:p w14:paraId="1D2C458D" w14:textId="77777777" w:rsidR="00EB189F" w:rsidRPr="00923129" w:rsidRDefault="00EB189F" w:rsidP="001231F7">
      <w:pPr>
        <w:pStyle w:val="Listapunktowana"/>
        <w:spacing w:after="0" w:line="360" w:lineRule="auto"/>
        <w:rPr>
          <w:lang w:val="pl-PL"/>
        </w:rPr>
      </w:pPr>
      <w:r w:rsidRPr="00923129">
        <w:rPr>
          <w:lang w:val="pl-PL"/>
        </w:rPr>
        <w:t>potwierdzam, że dane podane w dokumentach rekrutacyjnych są zgodne z prawdą oraz jestem świadomy/a odpowiedzialności za złożenie nieprawdziwych oświadczeń.</w:t>
      </w:r>
    </w:p>
    <w:p w14:paraId="2B2E1464" w14:textId="77777777" w:rsidR="001231F7" w:rsidRPr="00923129" w:rsidRDefault="001231F7" w:rsidP="001231F7">
      <w:pPr>
        <w:spacing w:after="0" w:line="360" w:lineRule="auto"/>
        <w:rPr>
          <w:b/>
          <w:lang w:val="pl-PL"/>
        </w:rPr>
      </w:pPr>
    </w:p>
    <w:p w14:paraId="46750432" w14:textId="564EE182" w:rsidR="00EB189F" w:rsidRPr="00923129" w:rsidRDefault="00EB189F" w:rsidP="001231F7">
      <w:pPr>
        <w:spacing w:after="0" w:line="360" w:lineRule="auto"/>
        <w:rPr>
          <w:lang w:val="pl-PL"/>
        </w:rPr>
      </w:pPr>
      <w:r w:rsidRPr="00923129">
        <w:rPr>
          <w:b/>
          <w:lang w:val="pl-PL"/>
        </w:rPr>
        <w:lastRenderedPageBreak/>
        <w:t>Ponadto oświadczam, że:</w:t>
      </w:r>
    </w:p>
    <w:p w14:paraId="122EC111" w14:textId="77777777" w:rsidR="00EB189F" w:rsidRPr="00923129" w:rsidRDefault="00EB189F" w:rsidP="00EB189F">
      <w:pPr>
        <w:spacing w:after="0" w:line="360" w:lineRule="auto"/>
        <w:rPr>
          <w:lang w:val="pl-PL"/>
        </w:rPr>
      </w:pPr>
      <w:r w:rsidRPr="00923129">
        <w:rPr>
          <w:lang w:val="pl-PL"/>
        </w:rPr>
        <w:t>w chwili podpisania deklaracji nie uczestniczę / uczestniczę w innym projekcie współfinansowanym ze środków EFS+, w którym jestem odbiorcą ostatecznego wsparcia. Zobowiązuję się poinformować o przystąpieniu do innego projektu oraz zakresie otrzymanego wsparcia.</w:t>
      </w:r>
    </w:p>
    <w:p w14:paraId="13F913F3" w14:textId="77777777" w:rsidR="0053187F" w:rsidRPr="00923129" w:rsidRDefault="0053187F">
      <w:pPr>
        <w:rPr>
          <w:lang w:val="pl-PL"/>
        </w:rPr>
      </w:pPr>
    </w:p>
    <w:p w14:paraId="557F1EFA" w14:textId="77777777" w:rsidR="0053187F" w:rsidRPr="00923129" w:rsidRDefault="005B0A47">
      <w:pPr>
        <w:rPr>
          <w:lang w:val="pl-PL"/>
        </w:rPr>
      </w:pPr>
      <w:r w:rsidRPr="00923129">
        <w:rPr>
          <w:lang w:val="pl-PL"/>
        </w:rPr>
        <w:t>Miejscowość i data</w:t>
      </w:r>
    </w:p>
    <w:p w14:paraId="08D44486" w14:textId="77777777" w:rsidR="0053187F" w:rsidRPr="00923129" w:rsidRDefault="005B0A47">
      <w:pPr>
        <w:rPr>
          <w:lang w:val="pl-PL"/>
        </w:rPr>
      </w:pPr>
      <w:r w:rsidRPr="00923129">
        <w:rPr>
          <w:lang w:val="pl-PL"/>
        </w:rPr>
        <w:t>........................................................................</w:t>
      </w:r>
    </w:p>
    <w:p w14:paraId="52558B24" w14:textId="77777777" w:rsidR="0053187F" w:rsidRPr="00923129" w:rsidRDefault="0053187F">
      <w:pPr>
        <w:rPr>
          <w:lang w:val="pl-PL"/>
        </w:rPr>
      </w:pPr>
    </w:p>
    <w:p w14:paraId="36C7C257" w14:textId="7241D25A" w:rsidR="0053187F" w:rsidRPr="00923129" w:rsidRDefault="005B0A47">
      <w:pPr>
        <w:rPr>
          <w:lang w:val="pl-PL"/>
        </w:rPr>
      </w:pPr>
      <w:r w:rsidRPr="00923129">
        <w:rPr>
          <w:lang w:val="pl-PL"/>
        </w:rPr>
        <w:t xml:space="preserve">Podpis </w:t>
      </w:r>
      <w:r w:rsidR="002A253C" w:rsidRPr="00923129">
        <w:rPr>
          <w:lang w:val="pl-PL"/>
        </w:rPr>
        <w:t>rodzica/opiekuna prawnego</w:t>
      </w:r>
    </w:p>
    <w:p w14:paraId="28774A6A" w14:textId="77777777" w:rsidR="0053187F" w:rsidRDefault="005B0A47">
      <w:r>
        <w:t>........................................................................</w:t>
      </w:r>
    </w:p>
    <w:sectPr w:rsidR="0053187F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6B35D" w14:textId="77777777" w:rsidR="00A57270" w:rsidRDefault="00A57270" w:rsidP="00E90397">
      <w:pPr>
        <w:spacing w:after="0" w:line="240" w:lineRule="auto"/>
      </w:pPr>
      <w:r>
        <w:separator/>
      </w:r>
    </w:p>
  </w:endnote>
  <w:endnote w:type="continuationSeparator" w:id="0">
    <w:p w14:paraId="2D0D1343" w14:textId="77777777" w:rsidR="00A57270" w:rsidRDefault="00A57270" w:rsidP="00E90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C2ED8" w14:textId="77777777" w:rsidR="00A57270" w:rsidRDefault="00A57270" w:rsidP="00E90397">
      <w:pPr>
        <w:spacing w:after="0" w:line="240" w:lineRule="auto"/>
      </w:pPr>
      <w:r>
        <w:separator/>
      </w:r>
    </w:p>
  </w:footnote>
  <w:footnote w:type="continuationSeparator" w:id="0">
    <w:p w14:paraId="22028C28" w14:textId="77777777" w:rsidR="00A57270" w:rsidRDefault="00A57270" w:rsidP="00E90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0B0CD" w14:textId="490F6FC7" w:rsidR="00E90397" w:rsidRDefault="00E90397" w:rsidP="00E90397">
    <w:pPr>
      <w:spacing w:after="0"/>
    </w:pPr>
    <w:r>
      <w:rPr>
        <w:b/>
        <w:noProof/>
        <w:sz w:val="20"/>
        <w:szCs w:val="20"/>
      </w:rPr>
      <w:drawing>
        <wp:inline distT="0" distB="0" distL="0" distR="0" wp14:anchorId="3F078A0D" wp14:editId="38D0D3BA">
          <wp:extent cx="5486400" cy="686435"/>
          <wp:effectExtent l="0" t="0" r="0" b="0"/>
          <wp:docPr id="69669951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86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64B82C" w14:textId="2AEB865C" w:rsidR="00E90397" w:rsidRPr="00923129" w:rsidRDefault="00E90397" w:rsidP="00E90397">
    <w:pPr>
      <w:spacing w:after="0"/>
      <w:rPr>
        <w:lang w:val="pl-PL"/>
      </w:rPr>
    </w:pPr>
    <w:r w:rsidRPr="00923129">
      <w:rPr>
        <w:lang w:val="pl-PL"/>
      </w:rPr>
      <w:t>Projekt „Wspólnie dla rodziny”</w:t>
    </w:r>
  </w:p>
  <w:p w14:paraId="46FA3571" w14:textId="77777777" w:rsidR="00E90397" w:rsidRPr="00923129" w:rsidRDefault="00E90397" w:rsidP="00E90397">
    <w:pPr>
      <w:spacing w:after="0"/>
      <w:rPr>
        <w:lang w:val="pl-PL"/>
      </w:rPr>
    </w:pPr>
    <w:r w:rsidRPr="00923129">
      <w:rPr>
        <w:lang w:val="pl-PL"/>
      </w:rPr>
      <w:t>w ramach Programu Fundusze Europejskie dla Śląskiego 2021–2027</w:t>
    </w:r>
  </w:p>
  <w:p w14:paraId="07E11881" w14:textId="77777777" w:rsidR="00E90397" w:rsidRPr="00923129" w:rsidRDefault="00E90397" w:rsidP="00E90397">
    <w:pPr>
      <w:spacing w:after="0"/>
      <w:rPr>
        <w:lang w:val="pl-PL"/>
      </w:rPr>
    </w:pPr>
    <w:r w:rsidRPr="00923129">
      <w:rPr>
        <w:lang w:val="pl-PL"/>
      </w:rPr>
      <w:t>współfinansowanego ze środków Europejskiego Funduszu Społecznego Plus</w:t>
    </w:r>
  </w:p>
  <w:p w14:paraId="07BCFEA3" w14:textId="77777777" w:rsidR="00E90397" w:rsidRPr="00923129" w:rsidRDefault="00E90397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4783983">
    <w:abstractNumId w:val="8"/>
  </w:num>
  <w:num w:numId="2" w16cid:durableId="1088504843">
    <w:abstractNumId w:val="6"/>
  </w:num>
  <w:num w:numId="3" w16cid:durableId="926697353">
    <w:abstractNumId w:val="5"/>
  </w:num>
  <w:num w:numId="4" w16cid:durableId="1791166033">
    <w:abstractNumId w:val="4"/>
  </w:num>
  <w:num w:numId="5" w16cid:durableId="1427457883">
    <w:abstractNumId w:val="7"/>
  </w:num>
  <w:num w:numId="6" w16cid:durableId="412512836">
    <w:abstractNumId w:val="3"/>
  </w:num>
  <w:num w:numId="7" w16cid:durableId="649940696">
    <w:abstractNumId w:val="2"/>
  </w:num>
  <w:num w:numId="8" w16cid:durableId="1858348349">
    <w:abstractNumId w:val="1"/>
  </w:num>
  <w:num w:numId="9" w16cid:durableId="1882590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31F7"/>
    <w:rsid w:val="0015074B"/>
    <w:rsid w:val="00212A7E"/>
    <w:rsid w:val="0029639D"/>
    <w:rsid w:val="002A253C"/>
    <w:rsid w:val="002B54F3"/>
    <w:rsid w:val="00326F90"/>
    <w:rsid w:val="0053187F"/>
    <w:rsid w:val="00575A1E"/>
    <w:rsid w:val="00597B32"/>
    <w:rsid w:val="005A5749"/>
    <w:rsid w:val="005B0A47"/>
    <w:rsid w:val="005E1602"/>
    <w:rsid w:val="00872EE4"/>
    <w:rsid w:val="00923129"/>
    <w:rsid w:val="00A35C51"/>
    <w:rsid w:val="00A57270"/>
    <w:rsid w:val="00AA1D8D"/>
    <w:rsid w:val="00B47730"/>
    <w:rsid w:val="00BA5059"/>
    <w:rsid w:val="00C15F7E"/>
    <w:rsid w:val="00CB0664"/>
    <w:rsid w:val="00D17819"/>
    <w:rsid w:val="00E90397"/>
    <w:rsid w:val="00EB189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0AC70B"/>
  <w14:defaultImageDpi w14:val="300"/>
  <w15:docId w15:val="{1E49C340-D88B-4E35-A5AD-9483C5941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1365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Modus Vivendi</cp:lastModifiedBy>
  <cp:revision>2</cp:revision>
  <cp:lastPrinted>2026-08-06T09:17:00Z</cp:lastPrinted>
  <dcterms:created xsi:type="dcterms:W3CDTF">2026-08-06T13:27:00Z</dcterms:created>
  <dcterms:modified xsi:type="dcterms:W3CDTF">2026-08-06T13:27:00Z</dcterms:modified>
  <cp:category/>
</cp:coreProperties>
</file>