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3D02" w14:textId="77777777" w:rsidR="003037BD" w:rsidRDefault="003037BD" w:rsidP="003037BD">
      <w:pPr>
        <w:pStyle w:val="Nagwek1"/>
        <w:spacing w:before="0" w:line="360" w:lineRule="auto"/>
      </w:pPr>
    </w:p>
    <w:p w14:paraId="5F9EF2CD" w14:textId="55CFAE30" w:rsidR="004367C5" w:rsidRPr="00AD1834" w:rsidRDefault="00D97542" w:rsidP="003037BD">
      <w:pPr>
        <w:pStyle w:val="Nagwek1"/>
        <w:spacing w:before="0" w:line="360" w:lineRule="auto"/>
        <w:rPr>
          <w:lang w:val="pl-PL"/>
        </w:rPr>
      </w:pPr>
      <w:r w:rsidRPr="00AD1834">
        <w:rPr>
          <w:lang w:val="pl-PL"/>
        </w:rPr>
        <w:t>Informacja o przetwarzaniu danych osobowych</w:t>
      </w:r>
    </w:p>
    <w:p w14:paraId="6FD58CDE" w14:textId="77777777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>w związku z realizacją projektu „Wspólnie dla rodziny” realizowanego w okresie od 2024–2027 r.</w:t>
      </w:r>
    </w:p>
    <w:p w14:paraId="6E8A1E27" w14:textId="77777777" w:rsidR="004367C5" w:rsidRPr="00AD1834" w:rsidRDefault="00D97542" w:rsidP="003037BD">
      <w:pPr>
        <w:pStyle w:val="Nagwek2"/>
        <w:spacing w:before="0" w:line="360" w:lineRule="auto"/>
        <w:rPr>
          <w:lang w:val="pl-PL"/>
        </w:rPr>
      </w:pPr>
      <w:r w:rsidRPr="00AD1834">
        <w:rPr>
          <w:lang w:val="pl-PL"/>
        </w:rPr>
        <w:t>Administrator danych</w:t>
      </w:r>
    </w:p>
    <w:p w14:paraId="43B3A199" w14:textId="6BF3EA14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 xml:space="preserve">Zgodnie z art. 13 i 14 Rozporządzenia Parlamentu Europejskiego i Rady (UE) 2016/679 </w:t>
      </w:r>
      <w:r w:rsidRPr="00AD1834">
        <w:rPr>
          <w:lang w:val="pl-PL"/>
        </w:rPr>
        <w:t>(RODO) Administratorem Pani/Pana danych osobowych jest Centrum Pomocy Rodzinie</w:t>
      </w:r>
      <w:r w:rsidR="00AD1834">
        <w:rPr>
          <w:lang w:val="pl-PL"/>
        </w:rPr>
        <w:t xml:space="preserve"> Modus Vivendi</w:t>
      </w:r>
      <w:r w:rsidRPr="00AD1834">
        <w:rPr>
          <w:lang w:val="pl-PL"/>
        </w:rPr>
        <w:t xml:space="preserve"> Barbara </w:t>
      </w:r>
      <w:proofErr w:type="spellStart"/>
      <w:r w:rsidRPr="00AD1834">
        <w:rPr>
          <w:lang w:val="pl-PL"/>
        </w:rPr>
        <w:t>Łężak</w:t>
      </w:r>
      <w:proofErr w:type="spellEnd"/>
      <w:r w:rsidRPr="00AD1834">
        <w:rPr>
          <w:lang w:val="pl-PL"/>
        </w:rPr>
        <w:t>.</w:t>
      </w:r>
    </w:p>
    <w:p w14:paraId="5D4B45EB" w14:textId="77777777" w:rsidR="004367C5" w:rsidRPr="00AD1834" w:rsidRDefault="00D97542" w:rsidP="003037BD">
      <w:pPr>
        <w:pStyle w:val="Nagwek2"/>
        <w:spacing w:before="0" w:line="360" w:lineRule="auto"/>
        <w:rPr>
          <w:lang w:val="pl-PL"/>
        </w:rPr>
      </w:pPr>
      <w:r w:rsidRPr="00AD1834">
        <w:rPr>
          <w:lang w:val="pl-PL"/>
        </w:rPr>
        <w:t>Inspektor ochrony danych</w:t>
      </w:r>
    </w:p>
    <w:p w14:paraId="2BC63252" w14:textId="77777777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>Z Inspektorem Ochrony Danych można skontaktować się pod numerem telefonu: ........................................ oraz adresem e-mail: ........................................</w:t>
      </w:r>
    </w:p>
    <w:p w14:paraId="6D85477B" w14:textId="77777777" w:rsidR="004367C5" w:rsidRPr="00AD1834" w:rsidRDefault="00D97542" w:rsidP="003037BD">
      <w:pPr>
        <w:pStyle w:val="Nagwek2"/>
        <w:spacing w:before="0" w:line="360" w:lineRule="auto"/>
        <w:rPr>
          <w:lang w:val="pl-PL"/>
        </w:rPr>
      </w:pPr>
      <w:r w:rsidRPr="00AD1834">
        <w:rPr>
          <w:lang w:val="pl-PL"/>
        </w:rPr>
        <w:t>Cele przetwarzania danych</w:t>
      </w:r>
    </w:p>
    <w:p w14:paraId="2D1435C4" w14:textId="77777777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>Pani/Pana dane osobowe będą przetwarzane w celu realizacji projektu „Wspólnie dla rodziny”, realizacji obowiązków wynikających z przyznanego wsparcia, rozliczenia środków Europejskiego Funduszu Społecznego Plus, ewaluacji projektu, kontroli projektu oraz wykonania obowiązków prawnych administratora, na podstawie art. 6 ust. 1 lit. a, c i e oraz art. 9 ust. 2 lit. b RODO.</w:t>
      </w:r>
    </w:p>
    <w:p w14:paraId="7B5F723F" w14:textId="77777777" w:rsidR="004367C5" w:rsidRPr="00AD1834" w:rsidRDefault="00D97542" w:rsidP="003037BD">
      <w:pPr>
        <w:pStyle w:val="Nagwek2"/>
        <w:spacing w:before="0" w:line="360" w:lineRule="auto"/>
        <w:rPr>
          <w:lang w:val="pl-PL"/>
        </w:rPr>
      </w:pPr>
      <w:r w:rsidRPr="00AD1834">
        <w:rPr>
          <w:lang w:val="pl-PL"/>
        </w:rPr>
        <w:t>Zakres przetwarzanych danych</w:t>
      </w:r>
    </w:p>
    <w:p w14:paraId="17AED71F" w14:textId="77777777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>Przetwarzane są wyłącznie dane osobowe wskazane w deklaracji uczestnictwa oraz Formularzu danych osobowych i teleadresowych uczestnika projektu.</w:t>
      </w:r>
    </w:p>
    <w:p w14:paraId="297F7A08" w14:textId="77777777" w:rsidR="004367C5" w:rsidRPr="00AD1834" w:rsidRDefault="00D97542" w:rsidP="003037BD">
      <w:pPr>
        <w:pStyle w:val="Nagwek2"/>
        <w:spacing w:before="0" w:line="360" w:lineRule="auto"/>
        <w:rPr>
          <w:lang w:val="pl-PL"/>
        </w:rPr>
      </w:pPr>
      <w:r w:rsidRPr="00AD1834">
        <w:rPr>
          <w:lang w:val="pl-PL"/>
        </w:rPr>
        <w:t>Odbiorcy danych</w:t>
      </w:r>
    </w:p>
    <w:p w14:paraId="1A796079" w14:textId="77777777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>Odbiorcami danych będą podmioty uprawnione na podstawie przepisów prawa, w szczególności Urząd Marszałkowski Województwa Śląskiego oraz podmioty, którym administrator powierzył przetwarzanie danych na podstawie umowy lub innego instrumentu prawnego.</w:t>
      </w:r>
    </w:p>
    <w:p w14:paraId="3D76B416" w14:textId="77777777" w:rsidR="004367C5" w:rsidRPr="00AD1834" w:rsidRDefault="00D97542" w:rsidP="003037BD">
      <w:pPr>
        <w:pStyle w:val="Nagwek2"/>
        <w:spacing w:before="0" w:line="360" w:lineRule="auto"/>
        <w:rPr>
          <w:lang w:val="pl-PL"/>
        </w:rPr>
      </w:pPr>
      <w:r w:rsidRPr="00AD1834">
        <w:rPr>
          <w:lang w:val="pl-PL"/>
        </w:rPr>
        <w:lastRenderedPageBreak/>
        <w:t>Okres przechowywania danych</w:t>
      </w:r>
    </w:p>
    <w:p w14:paraId="0DE77754" w14:textId="77777777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>Dane osobowe będą przechowywane przez okres 5 lat, licząc od 31 grudnia roku, w którym dokonano ostatniej płatności na rzecz Beneficjenta, z możliwością wydłużenia tego okresu zgodnie z przepisami.</w:t>
      </w:r>
    </w:p>
    <w:p w14:paraId="03D98200" w14:textId="77777777" w:rsidR="004367C5" w:rsidRDefault="00D97542" w:rsidP="003037BD">
      <w:pPr>
        <w:pStyle w:val="Nagwek2"/>
        <w:spacing w:before="0" w:line="360" w:lineRule="auto"/>
      </w:pPr>
      <w:proofErr w:type="spellStart"/>
      <w:r>
        <w:t>Prawa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dane</w:t>
      </w:r>
      <w:proofErr w:type="spellEnd"/>
      <w:r>
        <w:t xml:space="preserve"> dotyczą</w:t>
      </w:r>
    </w:p>
    <w:p w14:paraId="4A5CDB1E" w14:textId="77777777" w:rsidR="004367C5" w:rsidRPr="00AD1834" w:rsidRDefault="00D97542" w:rsidP="003037BD">
      <w:pPr>
        <w:pStyle w:val="Listapunktowana"/>
        <w:spacing w:after="0" w:line="360" w:lineRule="auto"/>
        <w:rPr>
          <w:lang w:val="pl-PL"/>
        </w:rPr>
      </w:pPr>
      <w:r w:rsidRPr="00AD1834">
        <w:rPr>
          <w:lang w:val="pl-PL"/>
        </w:rPr>
        <w:t>Dostęp do swoich danych osobowych.</w:t>
      </w:r>
    </w:p>
    <w:p w14:paraId="674EF2AD" w14:textId="77777777" w:rsidR="004367C5" w:rsidRDefault="00D97542" w:rsidP="003037BD">
      <w:pPr>
        <w:pStyle w:val="Listapunktowana"/>
        <w:spacing w:after="0" w:line="360" w:lineRule="auto"/>
      </w:pPr>
      <w:proofErr w:type="spellStart"/>
      <w:r>
        <w:t>Sprostowanie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uzupełnienie</w:t>
      </w:r>
      <w:proofErr w:type="spellEnd"/>
      <w:r>
        <w:t xml:space="preserve"> </w:t>
      </w:r>
      <w:proofErr w:type="spellStart"/>
      <w:r>
        <w:t>danych</w:t>
      </w:r>
      <w:proofErr w:type="spellEnd"/>
      <w:r>
        <w:t>.</w:t>
      </w:r>
    </w:p>
    <w:p w14:paraId="5AC0BC73" w14:textId="77777777" w:rsidR="004367C5" w:rsidRDefault="00D97542" w:rsidP="003037BD">
      <w:pPr>
        <w:pStyle w:val="Listapunktowana"/>
        <w:spacing w:after="0" w:line="360" w:lineRule="auto"/>
      </w:pPr>
      <w:r>
        <w:t>Żądanie ograniczenia przetwarzania danych.</w:t>
      </w:r>
    </w:p>
    <w:p w14:paraId="2F0A6D4E" w14:textId="77777777" w:rsidR="004367C5" w:rsidRPr="00AD1834" w:rsidRDefault="00D97542" w:rsidP="003037BD">
      <w:pPr>
        <w:pStyle w:val="Listapunktowana"/>
        <w:spacing w:after="0" w:line="360" w:lineRule="auto"/>
        <w:rPr>
          <w:lang w:val="pl-PL"/>
        </w:rPr>
      </w:pPr>
      <w:r w:rsidRPr="00AD1834">
        <w:rPr>
          <w:lang w:val="pl-PL"/>
        </w:rPr>
        <w:t>Wniesienie sprzeciwu wobec przetwarzania danych.</w:t>
      </w:r>
    </w:p>
    <w:p w14:paraId="3E1027E5" w14:textId="77777777" w:rsidR="004367C5" w:rsidRPr="00AD1834" w:rsidRDefault="00D97542" w:rsidP="003037BD">
      <w:pPr>
        <w:pStyle w:val="Listapunktowana"/>
        <w:spacing w:after="0" w:line="360" w:lineRule="auto"/>
        <w:rPr>
          <w:lang w:val="pl-PL"/>
        </w:rPr>
      </w:pPr>
      <w:r w:rsidRPr="00AD1834">
        <w:rPr>
          <w:lang w:val="pl-PL"/>
        </w:rPr>
        <w:t>Wniesienie skargi do Prezesa Urzędu Ochrony Danych Osobowych.</w:t>
      </w:r>
    </w:p>
    <w:p w14:paraId="0CD75EE0" w14:textId="77777777" w:rsidR="004367C5" w:rsidRPr="00AD1834" w:rsidRDefault="00D97542" w:rsidP="003037BD">
      <w:pPr>
        <w:pStyle w:val="Listapunktowana"/>
        <w:spacing w:after="0" w:line="360" w:lineRule="auto"/>
        <w:rPr>
          <w:lang w:val="pl-PL"/>
        </w:rPr>
      </w:pPr>
      <w:r w:rsidRPr="00AD1834">
        <w:rPr>
          <w:lang w:val="pl-PL"/>
        </w:rPr>
        <w:t>Wycofanie zgody w dowolnym momencie – jeżeli przetwarzanie odbywa się na podstawie zgody.</w:t>
      </w:r>
    </w:p>
    <w:p w14:paraId="3D5F7351" w14:textId="77777777" w:rsidR="004367C5" w:rsidRPr="00AD1834" w:rsidRDefault="00D97542" w:rsidP="003037BD">
      <w:pPr>
        <w:pStyle w:val="Nagwek2"/>
        <w:spacing w:before="0" w:line="360" w:lineRule="auto"/>
        <w:rPr>
          <w:lang w:val="pl-PL"/>
        </w:rPr>
      </w:pPr>
      <w:r w:rsidRPr="00AD1834">
        <w:rPr>
          <w:lang w:val="pl-PL"/>
        </w:rPr>
        <w:t>Informacje dodatkowe</w:t>
      </w:r>
    </w:p>
    <w:p w14:paraId="11D7D042" w14:textId="77777777" w:rsidR="004367C5" w:rsidRPr="00AD1834" w:rsidRDefault="00D97542" w:rsidP="003037BD">
      <w:pPr>
        <w:spacing w:after="0" w:line="360" w:lineRule="auto"/>
        <w:rPr>
          <w:lang w:val="pl-PL"/>
        </w:rPr>
      </w:pPr>
      <w:r w:rsidRPr="00AD1834">
        <w:rPr>
          <w:lang w:val="pl-PL"/>
        </w:rPr>
        <w:t>Pani/Pana dane osobowe nie będą przekazywane do państwa trzeciego ani organizacji międzynarodowej. Dane nie będą również podlegały zautomatyzowanemu podejmowaniu decyzji.</w:t>
      </w:r>
    </w:p>
    <w:p w14:paraId="1F5D21AF" w14:textId="77777777" w:rsidR="004367C5" w:rsidRPr="00AD1834" w:rsidRDefault="004367C5">
      <w:pPr>
        <w:rPr>
          <w:lang w:val="pl-PL"/>
        </w:rPr>
      </w:pPr>
    </w:p>
    <w:p w14:paraId="52E208C5" w14:textId="77777777" w:rsidR="004367C5" w:rsidRPr="00AD1834" w:rsidRDefault="00D97542">
      <w:pPr>
        <w:rPr>
          <w:lang w:val="pl-PL"/>
        </w:rPr>
      </w:pPr>
      <w:r w:rsidRPr="00AD1834">
        <w:rPr>
          <w:lang w:val="pl-PL"/>
        </w:rPr>
        <w:t>Potwierdzam zapoznanie się z klauzulą informacyjną.</w:t>
      </w:r>
    </w:p>
    <w:p w14:paraId="4477515F" w14:textId="77777777" w:rsidR="004367C5" w:rsidRPr="00AD1834" w:rsidRDefault="004367C5">
      <w:pPr>
        <w:rPr>
          <w:lang w:val="pl-PL"/>
        </w:rPr>
      </w:pPr>
    </w:p>
    <w:p w14:paraId="30798141" w14:textId="77777777" w:rsidR="004367C5" w:rsidRPr="00AD1834" w:rsidRDefault="00D97542">
      <w:pPr>
        <w:rPr>
          <w:lang w:val="pl-PL"/>
        </w:rPr>
      </w:pPr>
      <w:r w:rsidRPr="00AD1834">
        <w:rPr>
          <w:lang w:val="pl-PL"/>
        </w:rPr>
        <w:t>Miejscowość i data</w:t>
      </w:r>
    </w:p>
    <w:p w14:paraId="406068FD" w14:textId="77777777" w:rsidR="004367C5" w:rsidRPr="00AD1834" w:rsidRDefault="00D97542">
      <w:pPr>
        <w:rPr>
          <w:lang w:val="pl-PL"/>
        </w:rPr>
      </w:pPr>
      <w:r w:rsidRPr="00AD1834">
        <w:rPr>
          <w:lang w:val="pl-PL"/>
        </w:rPr>
        <w:t>........................................................................</w:t>
      </w:r>
    </w:p>
    <w:p w14:paraId="4DA88B99" w14:textId="77777777" w:rsidR="004367C5" w:rsidRPr="00AD1834" w:rsidRDefault="004367C5">
      <w:pPr>
        <w:rPr>
          <w:lang w:val="pl-PL"/>
        </w:rPr>
      </w:pPr>
    </w:p>
    <w:p w14:paraId="560056AE" w14:textId="77777777" w:rsidR="004367C5" w:rsidRPr="00AD1834" w:rsidRDefault="00D97542">
      <w:pPr>
        <w:rPr>
          <w:lang w:val="pl-PL"/>
        </w:rPr>
      </w:pPr>
      <w:r w:rsidRPr="00AD1834">
        <w:rPr>
          <w:lang w:val="pl-PL"/>
        </w:rPr>
        <w:t>Imię i nazwisko uczestnika/</w:t>
      </w:r>
      <w:proofErr w:type="spellStart"/>
      <w:r w:rsidRPr="00AD1834">
        <w:rPr>
          <w:lang w:val="pl-PL"/>
        </w:rPr>
        <w:t>czki</w:t>
      </w:r>
      <w:proofErr w:type="spellEnd"/>
    </w:p>
    <w:p w14:paraId="660A32D7" w14:textId="77777777" w:rsidR="004367C5" w:rsidRDefault="00D97542">
      <w:r>
        <w:t>........................................................................</w:t>
      </w:r>
    </w:p>
    <w:sectPr w:rsidR="004367C5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D8A7" w14:textId="77777777" w:rsidR="00230C88" w:rsidRDefault="00230C88" w:rsidP="003037BD">
      <w:pPr>
        <w:spacing w:after="0" w:line="240" w:lineRule="auto"/>
      </w:pPr>
      <w:r>
        <w:separator/>
      </w:r>
    </w:p>
  </w:endnote>
  <w:endnote w:type="continuationSeparator" w:id="0">
    <w:p w14:paraId="2F7A799C" w14:textId="77777777" w:rsidR="00230C88" w:rsidRDefault="00230C88" w:rsidP="00303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9F3C" w14:textId="77777777" w:rsidR="00230C88" w:rsidRDefault="00230C88" w:rsidP="003037BD">
      <w:pPr>
        <w:spacing w:after="0" w:line="240" w:lineRule="auto"/>
      </w:pPr>
      <w:r>
        <w:separator/>
      </w:r>
    </w:p>
  </w:footnote>
  <w:footnote w:type="continuationSeparator" w:id="0">
    <w:p w14:paraId="2951FA21" w14:textId="77777777" w:rsidR="00230C88" w:rsidRDefault="00230C88" w:rsidP="00303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6987" w14:textId="5AEE4BAE" w:rsidR="003037BD" w:rsidRPr="00AD1834" w:rsidRDefault="003037BD" w:rsidP="003037BD">
    <w:pPr>
      <w:spacing w:after="0"/>
      <w:rPr>
        <w:lang w:val="pl-PL"/>
      </w:rPr>
    </w:pPr>
    <w:r>
      <w:rPr>
        <w:b/>
        <w:noProof/>
        <w:sz w:val="20"/>
        <w:szCs w:val="20"/>
      </w:rPr>
      <w:drawing>
        <wp:inline distT="0" distB="0" distL="0" distR="0" wp14:anchorId="02DA31E6" wp14:editId="3755C6FD">
          <wp:extent cx="5486400" cy="684530"/>
          <wp:effectExtent l="0" t="0" r="0" b="1270"/>
          <wp:docPr id="6709028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84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D1834">
      <w:rPr>
        <w:lang w:val="pl-PL"/>
      </w:rPr>
      <w:t>Projekt „Wspólnie dla rodziny”</w:t>
    </w:r>
  </w:p>
  <w:p w14:paraId="53772DF8" w14:textId="77777777" w:rsidR="003037BD" w:rsidRPr="00AD1834" w:rsidRDefault="003037BD" w:rsidP="003037BD">
    <w:pPr>
      <w:spacing w:after="0"/>
      <w:rPr>
        <w:lang w:val="pl-PL"/>
      </w:rPr>
    </w:pPr>
    <w:r w:rsidRPr="00AD1834">
      <w:rPr>
        <w:lang w:val="pl-PL"/>
      </w:rPr>
      <w:t>w ramach Programu Fundusze Europejskie dla Śląskiego 2021–2027</w:t>
    </w:r>
  </w:p>
  <w:p w14:paraId="1E2B5957" w14:textId="77777777" w:rsidR="003037BD" w:rsidRPr="00AD1834" w:rsidRDefault="003037BD" w:rsidP="003037BD">
    <w:pPr>
      <w:spacing w:after="0"/>
      <w:rPr>
        <w:lang w:val="pl-PL"/>
      </w:rPr>
    </w:pPr>
    <w:r w:rsidRPr="00AD1834">
      <w:rPr>
        <w:lang w:val="pl-PL"/>
      </w:rPr>
      <w:t>współfinansowanego ze środków Europejskiego Funduszu Społecznego Plus</w:t>
    </w:r>
  </w:p>
  <w:p w14:paraId="7CE8E6AC" w14:textId="0CD3F340" w:rsidR="003037BD" w:rsidRPr="00AD1834" w:rsidRDefault="003037BD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2703894">
    <w:abstractNumId w:val="8"/>
  </w:num>
  <w:num w:numId="2" w16cid:durableId="1181818818">
    <w:abstractNumId w:val="6"/>
  </w:num>
  <w:num w:numId="3" w16cid:durableId="1870532975">
    <w:abstractNumId w:val="5"/>
  </w:num>
  <w:num w:numId="4" w16cid:durableId="118500396">
    <w:abstractNumId w:val="4"/>
  </w:num>
  <w:num w:numId="5" w16cid:durableId="2146851249">
    <w:abstractNumId w:val="7"/>
  </w:num>
  <w:num w:numId="6" w16cid:durableId="368997615">
    <w:abstractNumId w:val="3"/>
  </w:num>
  <w:num w:numId="7" w16cid:durableId="909850325">
    <w:abstractNumId w:val="2"/>
  </w:num>
  <w:num w:numId="8" w16cid:durableId="1482039109">
    <w:abstractNumId w:val="1"/>
  </w:num>
  <w:num w:numId="9" w16cid:durableId="1000276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0C88"/>
    <w:rsid w:val="0029639D"/>
    <w:rsid w:val="003037BD"/>
    <w:rsid w:val="00326F90"/>
    <w:rsid w:val="003A08F1"/>
    <w:rsid w:val="004367C5"/>
    <w:rsid w:val="007276FD"/>
    <w:rsid w:val="00AA1D8D"/>
    <w:rsid w:val="00AD1834"/>
    <w:rsid w:val="00B47730"/>
    <w:rsid w:val="00C15F7E"/>
    <w:rsid w:val="00CB0664"/>
    <w:rsid w:val="00D17819"/>
    <w:rsid w:val="00D97542"/>
    <w:rsid w:val="00DB411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B2DAF"/>
  <w14:defaultImageDpi w14:val="300"/>
  <w15:docId w15:val="{1E49C340-D88B-4E35-A5AD-9483C594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Modus Vivendi</cp:lastModifiedBy>
  <cp:revision>2</cp:revision>
  <cp:lastPrinted>2026-08-06T10:31:00Z</cp:lastPrinted>
  <dcterms:created xsi:type="dcterms:W3CDTF">2026-08-06T13:35:00Z</dcterms:created>
  <dcterms:modified xsi:type="dcterms:W3CDTF">2026-08-06T13:35:00Z</dcterms:modified>
  <cp:category/>
</cp:coreProperties>
</file>