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8CECE" w14:textId="52D0957A" w:rsidR="00571920" w:rsidRPr="00503295" w:rsidRDefault="00F05E8A">
      <w:pPr>
        <w:pStyle w:val="Nagwek1"/>
        <w:rPr>
          <w:lang w:val="pl-PL"/>
        </w:rPr>
      </w:pPr>
      <w:r w:rsidRPr="00503295">
        <w:rPr>
          <w:lang w:val="pl-PL"/>
        </w:rPr>
        <w:t>Zgoda na wykorzystanie wizerunku</w:t>
      </w:r>
      <w:r w:rsidR="00827E5C" w:rsidRPr="00503295">
        <w:rPr>
          <w:lang w:val="pl-PL"/>
        </w:rPr>
        <w:t xml:space="preserve"> dziecka</w:t>
      </w:r>
    </w:p>
    <w:p w14:paraId="04E8A0EF" w14:textId="77777777" w:rsidR="00FA7149" w:rsidRPr="00503295" w:rsidRDefault="00FA7149" w:rsidP="00FA7149">
      <w:pPr>
        <w:rPr>
          <w:lang w:val="pl-PL"/>
        </w:rPr>
      </w:pPr>
    </w:p>
    <w:p w14:paraId="09155A63" w14:textId="77777777" w:rsidR="00827E5C" w:rsidRPr="00503295" w:rsidRDefault="00827E5C" w:rsidP="00827E5C">
      <w:pPr>
        <w:rPr>
          <w:b/>
          <w:lang w:val="pl-PL"/>
        </w:rPr>
      </w:pPr>
      <w:r w:rsidRPr="00503295">
        <w:rPr>
          <w:b/>
          <w:lang w:val="pl-PL"/>
        </w:rPr>
        <w:t>Imię i nazwisko rodzica/opiekuna prawnego</w:t>
      </w:r>
    </w:p>
    <w:p w14:paraId="13393719" w14:textId="77777777" w:rsidR="00827E5C" w:rsidRPr="00503295" w:rsidRDefault="00827E5C" w:rsidP="00827E5C">
      <w:pPr>
        <w:rPr>
          <w:bCs/>
          <w:lang w:val="pl-PL"/>
        </w:rPr>
      </w:pPr>
      <w:r w:rsidRPr="00503295">
        <w:rPr>
          <w:bCs/>
          <w:lang w:val="pl-PL"/>
        </w:rPr>
        <w:t>........................................................................................................</w:t>
      </w:r>
    </w:p>
    <w:p w14:paraId="1503773A" w14:textId="77777777" w:rsidR="00827E5C" w:rsidRPr="00503295" w:rsidRDefault="00827E5C" w:rsidP="00827E5C">
      <w:pPr>
        <w:rPr>
          <w:b/>
          <w:lang w:val="pl-PL"/>
        </w:rPr>
      </w:pPr>
      <w:r w:rsidRPr="00503295">
        <w:rPr>
          <w:b/>
          <w:lang w:val="pl-PL"/>
        </w:rPr>
        <w:t>Adres zamieszkania</w:t>
      </w:r>
    </w:p>
    <w:p w14:paraId="4101A7F0" w14:textId="77777777" w:rsidR="00827E5C" w:rsidRPr="00503295" w:rsidRDefault="00827E5C" w:rsidP="00827E5C">
      <w:pPr>
        <w:rPr>
          <w:bCs/>
          <w:lang w:val="pl-PL"/>
        </w:rPr>
      </w:pPr>
      <w:r w:rsidRPr="00503295">
        <w:rPr>
          <w:bCs/>
          <w:lang w:val="pl-PL"/>
        </w:rPr>
        <w:t>........................................................................................................</w:t>
      </w:r>
    </w:p>
    <w:p w14:paraId="7794810B" w14:textId="77777777" w:rsidR="00827E5C" w:rsidRPr="00503295" w:rsidRDefault="00827E5C" w:rsidP="00827E5C">
      <w:pPr>
        <w:rPr>
          <w:b/>
          <w:lang w:val="pl-PL"/>
        </w:rPr>
      </w:pPr>
      <w:r w:rsidRPr="00503295">
        <w:rPr>
          <w:b/>
          <w:lang w:val="pl-PL"/>
        </w:rPr>
        <w:t>Imię i nazwisko dziecka</w:t>
      </w:r>
    </w:p>
    <w:p w14:paraId="1727818E" w14:textId="77777777" w:rsidR="00827E5C" w:rsidRPr="00503295" w:rsidRDefault="00827E5C" w:rsidP="00827E5C">
      <w:pPr>
        <w:rPr>
          <w:bCs/>
          <w:lang w:val="pl-PL"/>
        </w:rPr>
      </w:pPr>
      <w:r w:rsidRPr="00503295">
        <w:rPr>
          <w:bCs/>
          <w:lang w:val="pl-PL"/>
        </w:rPr>
        <w:t>........................................................................................................</w:t>
      </w:r>
    </w:p>
    <w:p w14:paraId="61A1D01E" w14:textId="77777777" w:rsidR="00827E5C" w:rsidRPr="00503295" w:rsidRDefault="00827E5C" w:rsidP="00827E5C">
      <w:pPr>
        <w:spacing w:line="360" w:lineRule="auto"/>
        <w:rPr>
          <w:bCs/>
          <w:lang w:val="pl-PL"/>
        </w:rPr>
      </w:pPr>
      <w:r w:rsidRPr="00503295">
        <w:rPr>
          <w:bCs/>
          <w:lang w:val="pl-PL"/>
        </w:rPr>
        <w:t>Na podstawie art. 81 ust. 1 ustawy z dnia 4 lutego 1994 r. o prawie autorskim i prawach pokrewnych (</w:t>
      </w:r>
      <w:proofErr w:type="spellStart"/>
      <w:r w:rsidRPr="00503295">
        <w:rPr>
          <w:bCs/>
          <w:lang w:val="pl-PL"/>
        </w:rPr>
        <w:t>t.j</w:t>
      </w:r>
      <w:proofErr w:type="spellEnd"/>
      <w:r w:rsidRPr="00503295">
        <w:rPr>
          <w:bCs/>
          <w:lang w:val="pl-PL"/>
        </w:rPr>
        <w:t xml:space="preserve">. Dz.U. z 2022 r. poz. 2509 z </w:t>
      </w:r>
      <w:proofErr w:type="spellStart"/>
      <w:r w:rsidRPr="00503295">
        <w:rPr>
          <w:bCs/>
          <w:lang w:val="pl-PL"/>
        </w:rPr>
        <w:t>późn</w:t>
      </w:r>
      <w:proofErr w:type="spellEnd"/>
      <w:r w:rsidRPr="00503295">
        <w:rPr>
          <w:bCs/>
          <w:lang w:val="pl-PL"/>
        </w:rPr>
        <w:t>. zm.) wyrażam dobrowolną zgodę na nieodpłatne utrwalanie, rozpowszechnianie oraz wykorzystanie wizerunku mojego dziecka.</w:t>
      </w:r>
    </w:p>
    <w:p w14:paraId="17B9FD32" w14:textId="620ABE7E" w:rsidR="00827E5C" w:rsidRPr="00503295" w:rsidRDefault="00827E5C" w:rsidP="00827E5C">
      <w:pPr>
        <w:spacing w:line="360" w:lineRule="auto"/>
        <w:rPr>
          <w:bCs/>
          <w:lang w:val="pl-PL"/>
        </w:rPr>
      </w:pPr>
      <w:r w:rsidRPr="00503295">
        <w:rPr>
          <w:bCs/>
          <w:lang w:val="pl-PL"/>
        </w:rPr>
        <w:t xml:space="preserve">Zgoda obejmuje wykorzystanie zdjęć oraz nagrań audio i wideo na stronach internetowych, profilach w mediach społecznościowych oraz w mediach lokalnych w celu promocji projektu „Wspólnie dla rodziny”, realizowanego przez Centrum Pomocy Rodzinie </w:t>
      </w:r>
      <w:r w:rsidR="00503295">
        <w:rPr>
          <w:bCs/>
          <w:lang w:val="pl-PL"/>
        </w:rPr>
        <w:t xml:space="preserve">Modus Vivendi </w:t>
      </w:r>
      <w:r w:rsidRPr="00503295">
        <w:rPr>
          <w:bCs/>
          <w:lang w:val="pl-PL"/>
        </w:rPr>
        <w:t xml:space="preserve">Barbara </w:t>
      </w:r>
      <w:proofErr w:type="spellStart"/>
      <w:r w:rsidRPr="00503295">
        <w:rPr>
          <w:bCs/>
          <w:lang w:val="pl-PL"/>
        </w:rPr>
        <w:t>Łężak</w:t>
      </w:r>
      <w:proofErr w:type="spellEnd"/>
      <w:r w:rsidRPr="00503295">
        <w:rPr>
          <w:bCs/>
          <w:lang w:val="pl-PL"/>
        </w:rPr>
        <w:t>.</w:t>
      </w:r>
    </w:p>
    <w:p w14:paraId="46C9F014" w14:textId="666EDA23" w:rsidR="00FA7149" w:rsidRDefault="00827E5C" w:rsidP="005B578E">
      <w:pPr>
        <w:spacing w:line="360" w:lineRule="auto"/>
        <w:rPr>
          <w:bCs/>
          <w:lang w:val="pl-PL"/>
        </w:rPr>
      </w:pPr>
      <w:r w:rsidRPr="00503295">
        <w:rPr>
          <w:bCs/>
          <w:lang w:val="pl-PL"/>
        </w:rPr>
        <w:t>Oświadczam, że zgoda została wyrażona dobrowolnie. Zostałem/</w:t>
      </w:r>
      <w:proofErr w:type="spellStart"/>
      <w:r w:rsidRPr="00503295">
        <w:rPr>
          <w:bCs/>
          <w:lang w:val="pl-PL"/>
        </w:rPr>
        <w:t>am</w:t>
      </w:r>
      <w:proofErr w:type="spellEnd"/>
      <w:r w:rsidRPr="00503295">
        <w:rPr>
          <w:bCs/>
          <w:lang w:val="pl-PL"/>
        </w:rPr>
        <w:t xml:space="preserve"> poinformowany/a o prawie do wycofania zgody w dowolnym momencie. Wycofanie zgody nie wpływa na zgodność z prawem przetwarzania dokonanego przed jej wycofaniem.</w:t>
      </w:r>
    </w:p>
    <w:p w14:paraId="5CDB2678" w14:textId="77777777" w:rsidR="005B578E" w:rsidRPr="005B578E" w:rsidRDefault="005B578E" w:rsidP="005B578E">
      <w:pPr>
        <w:spacing w:line="360" w:lineRule="auto"/>
        <w:rPr>
          <w:bCs/>
          <w:lang w:val="pl-PL"/>
        </w:rPr>
      </w:pPr>
    </w:p>
    <w:p w14:paraId="46C813F7" w14:textId="0998D256" w:rsidR="00571920" w:rsidRPr="00503295" w:rsidRDefault="00F05E8A">
      <w:pPr>
        <w:rPr>
          <w:lang w:val="pl-PL"/>
        </w:rPr>
      </w:pPr>
      <w:r w:rsidRPr="00503295">
        <w:rPr>
          <w:lang w:val="pl-PL"/>
        </w:rPr>
        <w:t>Miejscowość i data</w:t>
      </w:r>
    </w:p>
    <w:p w14:paraId="58DB6A55" w14:textId="45B361C8" w:rsidR="00571920" w:rsidRPr="00503295" w:rsidRDefault="00F05E8A">
      <w:pPr>
        <w:rPr>
          <w:lang w:val="pl-PL"/>
        </w:rPr>
      </w:pPr>
      <w:r w:rsidRPr="00503295">
        <w:rPr>
          <w:lang w:val="pl-PL"/>
        </w:rPr>
        <w:t>........................................................................</w:t>
      </w:r>
    </w:p>
    <w:p w14:paraId="748B1891" w14:textId="1D0323AC" w:rsidR="00571920" w:rsidRPr="00503295" w:rsidRDefault="00F05E8A">
      <w:pPr>
        <w:rPr>
          <w:lang w:val="pl-PL"/>
        </w:rPr>
      </w:pPr>
      <w:r w:rsidRPr="00503295">
        <w:rPr>
          <w:lang w:val="pl-PL"/>
        </w:rPr>
        <w:t xml:space="preserve">Podpis </w:t>
      </w:r>
      <w:r w:rsidR="00827E5C" w:rsidRPr="00503295">
        <w:rPr>
          <w:lang w:val="pl-PL"/>
        </w:rPr>
        <w:t>rodzica/opiekuna prawnego</w:t>
      </w:r>
    </w:p>
    <w:p w14:paraId="173A5CC7" w14:textId="77777777" w:rsidR="00571920" w:rsidRDefault="00F05E8A">
      <w:r>
        <w:t>........................................................................</w:t>
      </w:r>
    </w:p>
    <w:sectPr w:rsidR="00571920" w:rsidSect="005B578E">
      <w:headerReference w:type="default" r:id="rId8"/>
      <w:pgSz w:w="12240" w:h="15840"/>
      <w:pgMar w:top="1440" w:right="1800" w:bottom="142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61C60" w14:textId="77777777" w:rsidR="00322612" w:rsidRDefault="00322612" w:rsidP="00FA7149">
      <w:pPr>
        <w:spacing w:after="0" w:line="240" w:lineRule="auto"/>
      </w:pPr>
      <w:r>
        <w:separator/>
      </w:r>
    </w:p>
  </w:endnote>
  <w:endnote w:type="continuationSeparator" w:id="0">
    <w:p w14:paraId="5BAD8CEF" w14:textId="77777777" w:rsidR="00322612" w:rsidRDefault="00322612" w:rsidP="00FA7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3915F" w14:textId="77777777" w:rsidR="00322612" w:rsidRDefault="00322612" w:rsidP="00FA7149">
      <w:pPr>
        <w:spacing w:after="0" w:line="240" w:lineRule="auto"/>
      </w:pPr>
      <w:r>
        <w:separator/>
      </w:r>
    </w:p>
  </w:footnote>
  <w:footnote w:type="continuationSeparator" w:id="0">
    <w:p w14:paraId="5EE23B26" w14:textId="77777777" w:rsidR="00322612" w:rsidRDefault="00322612" w:rsidP="00FA71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AA5B3" w14:textId="57630305" w:rsidR="00FA7149" w:rsidRPr="00503295" w:rsidRDefault="00FA7149" w:rsidP="00FA7149">
    <w:pPr>
      <w:spacing w:after="0"/>
      <w:rPr>
        <w:lang w:val="pl-PL"/>
      </w:rPr>
    </w:pPr>
    <w:r>
      <w:rPr>
        <w:b/>
        <w:noProof/>
        <w:sz w:val="20"/>
        <w:szCs w:val="20"/>
      </w:rPr>
      <w:drawing>
        <wp:inline distT="0" distB="0" distL="0" distR="0" wp14:anchorId="0C77B65A" wp14:editId="0671BD6E">
          <wp:extent cx="5486400" cy="684530"/>
          <wp:effectExtent l="0" t="0" r="0" b="1270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84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03295">
      <w:rPr>
        <w:lang w:val="pl-PL"/>
      </w:rPr>
      <w:t>Projekt „Wspólnie dla rodziny”</w:t>
    </w:r>
  </w:p>
  <w:p w14:paraId="2D636F56" w14:textId="77777777" w:rsidR="00FA7149" w:rsidRPr="00503295" w:rsidRDefault="00FA7149" w:rsidP="00FA7149">
    <w:pPr>
      <w:spacing w:after="0"/>
      <w:rPr>
        <w:lang w:val="pl-PL"/>
      </w:rPr>
    </w:pPr>
    <w:r w:rsidRPr="00503295">
      <w:rPr>
        <w:lang w:val="pl-PL"/>
      </w:rPr>
      <w:t>w ramach Programu Fundusze Europejskie dla Śląskiego 2021–2027</w:t>
    </w:r>
  </w:p>
  <w:p w14:paraId="3766A253" w14:textId="1D389EED" w:rsidR="00FA7149" w:rsidRPr="00503295" w:rsidRDefault="00FA7149" w:rsidP="00FA7149">
    <w:pPr>
      <w:spacing w:after="0"/>
      <w:rPr>
        <w:lang w:val="pl-PL"/>
      </w:rPr>
    </w:pPr>
    <w:r w:rsidRPr="00503295">
      <w:rPr>
        <w:lang w:val="pl-PL"/>
      </w:rPr>
      <w:t>współfinansowanego ze środków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38527097">
    <w:abstractNumId w:val="8"/>
  </w:num>
  <w:num w:numId="2" w16cid:durableId="1985890827">
    <w:abstractNumId w:val="6"/>
  </w:num>
  <w:num w:numId="3" w16cid:durableId="1895774064">
    <w:abstractNumId w:val="5"/>
  </w:num>
  <w:num w:numId="4" w16cid:durableId="571626949">
    <w:abstractNumId w:val="4"/>
  </w:num>
  <w:num w:numId="5" w16cid:durableId="2045206156">
    <w:abstractNumId w:val="7"/>
  </w:num>
  <w:num w:numId="6" w16cid:durableId="790591473">
    <w:abstractNumId w:val="3"/>
  </w:num>
  <w:num w:numId="7" w16cid:durableId="1323267627">
    <w:abstractNumId w:val="2"/>
  </w:num>
  <w:num w:numId="8" w16cid:durableId="1393964101">
    <w:abstractNumId w:val="1"/>
  </w:num>
  <w:num w:numId="9" w16cid:durableId="1247567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2612"/>
    <w:rsid w:val="00326F90"/>
    <w:rsid w:val="00503295"/>
    <w:rsid w:val="00571920"/>
    <w:rsid w:val="005B578E"/>
    <w:rsid w:val="005C7D7F"/>
    <w:rsid w:val="005E1602"/>
    <w:rsid w:val="00666A09"/>
    <w:rsid w:val="007B0E31"/>
    <w:rsid w:val="00827E5C"/>
    <w:rsid w:val="00857C71"/>
    <w:rsid w:val="00AA1D8D"/>
    <w:rsid w:val="00B47730"/>
    <w:rsid w:val="00BA5059"/>
    <w:rsid w:val="00C15F7E"/>
    <w:rsid w:val="00CB0664"/>
    <w:rsid w:val="00F05E8A"/>
    <w:rsid w:val="00FA714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8C7189"/>
  <w14:defaultImageDpi w14:val="300"/>
  <w15:docId w15:val="{59E9751F-B89E-40A3-ADE6-20AB1361F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1197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Modus Vivendi</cp:lastModifiedBy>
  <cp:revision>2</cp:revision>
  <cp:lastPrinted>2026-08-06T12:13:00Z</cp:lastPrinted>
  <dcterms:created xsi:type="dcterms:W3CDTF">2026-08-06T13:24:00Z</dcterms:created>
  <dcterms:modified xsi:type="dcterms:W3CDTF">2026-08-06T13:24:00Z</dcterms:modified>
  <cp:category/>
</cp:coreProperties>
</file>