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3A54B7" w14:textId="77777777" w:rsidR="00853950" w:rsidRDefault="00853950" w:rsidP="00853950">
      <w:pPr>
        <w:pStyle w:val="Nagwek1"/>
        <w:spacing w:before="0" w:line="360" w:lineRule="auto"/>
      </w:pPr>
    </w:p>
    <w:p w14:paraId="75B3B383" w14:textId="3F9214F2" w:rsidR="0024189B" w:rsidRPr="00E63F7A" w:rsidRDefault="0071781D" w:rsidP="00853950">
      <w:pPr>
        <w:pStyle w:val="Nagwek1"/>
        <w:spacing w:before="0" w:line="360" w:lineRule="auto"/>
        <w:rPr>
          <w:lang w:val="pl-PL"/>
        </w:rPr>
      </w:pPr>
      <w:r w:rsidRPr="00E63F7A">
        <w:rPr>
          <w:lang w:val="pl-PL"/>
        </w:rPr>
        <w:t>Zobowiązanie do uczestnictwa w projekcie</w:t>
      </w:r>
    </w:p>
    <w:p w14:paraId="09FA8D86" w14:textId="21045702" w:rsidR="0024189B" w:rsidRPr="00E63F7A" w:rsidRDefault="0071781D" w:rsidP="00853950">
      <w:pPr>
        <w:spacing w:after="0" w:line="360" w:lineRule="auto"/>
        <w:rPr>
          <w:lang w:val="pl-PL"/>
        </w:rPr>
      </w:pPr>
      <w:r w:rsidRPr="00E63F7A">
        <w:rPr>
          <w:lang w:val="pl-PL"/>
        </w:rPr>
        <w:t>„Wspólnie dla rodziny”</w:t>
      </w:r>
    </w:p>
    <w:p w14:paraId="6C13F491" w14:textId="77777777" w:rsidR="0024189B" w:rsidRPr="00E63F7A" w:rsidRDefault="0071781D" w:rsidP="00853950">
      <w:pPr>
        <w:spacing w:after="0" w:line="360" w:lineRule="auto"/>
        <w:rPr>
          <w:lang w:val="pl-PL"/>
        </w:rPr>
      </w:pPr>
      <w:r w:rsidRPr="00E63F7A">
        <w:rPr>
          <w:lang w:val="pl-PL"/>
        </w:rPr>
        <w:t xml:space="preserve">Projekt realizowany w latach 2024–2027, współfinansowany przez Unię Europejską ze środków Europejskiego Funduszu Społecznego Plus w ramach Programu Fundusze Europejskie dla </w:t>
      </w:r>
      <w:r w:rsidRPr="00E63F7A">
        <w:rPr>
          <w:lang w:val="pl-PL"/>
        </w:rPr>
        <w:t>Śląskiego 2021–2027.</w:t>
      </w:r>
    </w:p>
    <w:p w14:paraId="4C0BB0B0" w14:textId="77777777" w:rsidR="002864CF" w:rsidRPr="00E63F7A" w:rsidRDefault="002864CF" w:rsidP="000C74E6">
      <w:pPr>
        <w:spacing w:line="360" w:lineRule="auto"/>
        <w:rPr>
          <w:b/>
          <w:lang w:val="pl-PL"/>
        </w:rPr>
      </w:pPr>
    </w:p>
    <w:p w14:paraId="2425416E" w14:textId="7B0A0FC3" w:rsidR="000C74E6" w:rsidRPr="00E63F7A" w:rsidRDefault="000C74E6" w:rsidP="000C74E6">
      <w:pPr>
        <w:spacing w:line="360" w:lineRule="auto"/>
        <w:rPr>
          <w:b/>
          <w:lang w:val="pl-PL"/>
        </w:rPr>
      </w:pPr>
      <w:r w:rsidRPr="00E63F7A">
        <w:rPr>
          <w:b/>
          <w:lang w:val="pl-PL"/>
        </w:rPr>
        <w:t>Data zawarcia zobowiązania</w:t>
      </w:r>
    </w:p>
    <w:p w14:paraId="444BD55A" w14:textId="77777777" w:rsidR="000C74E6" w:rsidRPr="00E63F7A" w:rsidRDefault="000C74E6" w:rsidP="000C74E6">
      <w:pPr>
        <w:spacing w:line="360" w:lineRule="auto"/>
        <w:rPr>
          <w:b/>
          <w:lang w:val="pl-PL"/>
        </w:rPr>
      </w:pPr>
      <w:r w:rsidRPr="00E63F7A">
        <w:rPr>
          <w:b/>
          <w:lang w:val="pl-PL"/>
        </w:rPr>
        <w:t>........................................................................</w:t>
      </w:r>
    </w:p>
    <w:p w14:paraId="2C44C6F9" w14:textId="77777777" w:rsidR="000C74E6" w:rsidRPr="00E63F7A" w:rsidRDefault="000C74E6" w:rsidP="000C74E6">
      <w:pPr>
        <w:spacing w:line="360" w:lineRule="auto"/>
        <w:rPr>
          <w:b/>
          <w:lang w:val="pl-PL"/>
        </w:rPr>
      </w:pPr>
      <w:r w:rsidRPr="00E63F7A">
        <w:rPr>
          <w:b/>
          <w:lang w:val="pl-PL"/>
        </w:rPr>
        <w:t>Imię i nazwisko rodzica/opiekuna prawnego</w:t>
      </w:r>
    </w:p>
    <w:p w14:paraId="6591F9CC" w14:textId="77777777" w:rsidR="000C74E6" w:rsidRPr="00E63F7A" w:rsidRDefault="000C74E6" w:rsidP="000C74E6">
      <w:pPr>
        <w:spacing w:line="360" w:lineRule="auto"/>
        <w:rPr>
          <w:b/>
          <w:lang w:val="pl-PL"/>
        </w:rPr>
      </w:pPr>
      <w:r w:rsidRPr="00E63F7A">
        <w:rPr>
          <w:b/>
          <w:lang w:val="pl-PL"/>
        </w:rPr>
        <w:t>........................................................................</w:t>
      </w:r>
    </w:p>
    <w:p w14:paraId="2C2901EB" w14:textId="77777777" w:rsidR="000C74E6" w:rsidRPr="00E63F7A" w:rsidRDefault="000C74E6" w:rsidP="000C74E6">
      <w:pPr>
        <w:spacing w:line="360" w:lineRule="auto"/>
        <w:rPr>
          <w:b/>
          <w:lang w:val="pl-PL"/>
        </w:rPr>
      </w:pPr>
      <w:r w:rsidRPr="00E63F7A">
        <w:rPr>
          <w:b/>
          <w:lang w:val="pl-PL"/>
        </w:rPr>
        <w:t>Imię i nazwisko dziecka</w:t>
      </w:r>
    </w:p>
    <w:p w14:paraId="3C3B630C" w14:textId="77777777" w:rsidR="000C74E6" w:rsidRPr="00E63F7A" w:rsidRDefault="000C74E6" w:rsidP="000C74E6">
      <w:pPr>
        <w:spacing w:line="360" w:lineRule="auto"/>
        <w:rPr>
          <w:b/>
          <w:lang w:val="pl-PL"/>
        </w:rPr>
      </w:pPr>
      <w:r w:rsidRPr="00E63F7A">
        <w:rPr>
          <w:b/>
          <w:lang w:val="pl-PL"/>
        </w:rPr>
        <w:t>........................................................................</w:t>
      </w:r>
    </w:p>
    <w:p w14:paraId="4D53928F" w14:textId="77777777" w:rsidR="000C74E6" w:rsidRPr="00E63F7A" w:rsidRDefault="000C74E6" w:rsidP="000C74E6">
      <w:pPr>
        <w:spacing w:line="360" w:lineRule="auto"/>
        <w:rPr>
          <w:bCs/>
          <w:lang w:val="pl-PL"/>
        </w:rPr>
      </w:pPr>
      <w:r w:rsidRPr="00E63F7A">
        <w:rPr>
          <w:bCs/>
          <w:lang w:val="pl-PL"/>
        </w:rPr>
        <w:t>Rodzic/opiekun prawny deklaruje gotowość do aktywnego uczestnictwa dziecka w działaniach realizowanych w projekcie „Wspólnie dla rodziny”.</w:t>
      </w:r>
    </w:p>
    <w:p w14:paraId="1A2A5191" w14:textId="77777777" w:rsidR="000C74E6" w:rsidRPr="00E63F7A" w:rsidRDefault="000C74E6" w:rsidP="000C74E6">
      <w:pPr>
        <w:spacing w:line="360" w:lineRule="auto"/>
        <w:rPr>
          <w:bCs/>
          <w:lang w:val="pl-PL"/>
        </w:rPr>
      </w:pPr>
      <w:r w:rsidRPr="00E63F7A">
        <w:rPr>
          <w:bCs/>
          <w:lang w:val="pl-PL"/>
        </w:rPr>
        <w:t>Rodzic/opiekun prawny zobowiązuje się do udziału dziecka w następujących formach wsparcia:</w:t>
      </w:r>
    </w:p>
    <w:p w14:paraId="4B23763B" w14:textId="77777777" w:rsidR="000C74E6" w:rsidRPr="000C74E6" w:rsidRDefault="000C74E6" w:rsidP="000C74E6">
      <w:pPr>
        <w:pStyle w:val="Akapitzlist"/>
        <w:numPr>
          <w:ilvl w:val="0"/>
          <w:numId w:val="11"/>
        </w:numPr>
        <w:spacing w:after="160" w:line="360" w:lineRule="auto"/>
        <w:rPr>
          <w:rFonts w:cstheme="minorHAnsi"/>
          <w:szCs w:val="24"/>
        </w:rPr>
      </w:pPr>
      <w:proofErr w:type="spellStart"/>
      <w:r w:rsidRPr="000C74E6">
        <w:rPr>
          <w:rFonts w:cstheme="minorHAnsi"/>
          <w:szCs w:val="24"/>
        </w:rPr>
        <w:t>Psychoterapia</w:t>
      </w:r>
      <w:proofErr w:type="spellEnd"/>
      <w:r w:rsidRPr="000C74E6">
        <w:rPr>
          <w:rFonts w:cstheme="minorHAnsi"/>
          <w:szCs w:val="24"/>
        </w:rPr>
        <w:t xml:space="preserve"> </w:t>
      </w:r>
      <w:proofErr w:type="spellStart"/>
      <w:r w:rsidRPr="000C74E6">
        <w:rPr>
          <w:rFonts w:cstheme="minorHAnsi"/>
          <w:szCs w:val="24"/>
        </w:rPr>
        <w:t>rodzinna</w:t>
      </w:r>
      <w:proofErr w:type="spellEnd"/>
    </w:p>
    <w:p w14:paraId="2A7B9485" w14:textId="77777777" w:rsidR="000C74E6" w:rsidRPr="000C74E6" w:rsidRDefault="000C74E6" w:rsidP="000C74E6">
      <w:pPr>
        <w:pStyle w:val="Akapitzlist"/>
        <w:numPr>
          <w:ilvl w:val="0"/>
          <w:numId w:val="11"/>
        </w:numPr>
        <w:spacing w:after="160" w:line="360" w:lineRule="auto"/>
        <w:rPr>
          <w:rFonts w:cstheme="minorHAnsi"/>
          <w:szCs w:val="24"/>
        </w:rPr>
      </w:pPr>
      <w:proofErr w:type="spellStart"/>
      <w:r w:rsidRPr="000C74E6">
        <w:rPr>
          <w:rFonts w:cstheme="minorHAnsi"/>
          <w:szCs w:val="24"/>
        </w:rPr>
        <w:t>Grupowa</w:t>
      </w:r>
      <w:proofErr w:type="spellEnd"/>
      <w:r w:rsidRPr="000C74E6">
        <w:rPr>
          <w:rFonts w:cstheme="minorHAnsi"/>
          <w:szCs w:val="24"/>
        </w:rPr>
        <w:t xml:space="preserve"> </w:t>
      </w:r>
      <w:proofErr w:type="spellStart"/>
      <w:r w:rsidRPr="000C74E6">
        <w:rPr>
          <w:rFonts w:cstheme="minorHAnsi"/>
          <w:szCs w:val="24"/>
        </w:rPr>
        <w:t>arteterapia</w:t>
      </w:r>
      <w:proofErr w:type="spellEnd"/>
    </w:p>
    <w:p w14:paraId="61FD8483" w14:textId="77777777" w:rsidR="000C74E6" w:rsidRPr="000C74E6" w:rsidRDefault="000C74E6" w:rsidP="000C74E6">
      <w:pPr>
        <w:pStyle w:val="Akapitzlist"/>
        <w:numPr>
          <w:ilvl w:val="0"/>
          <w:numId w:val="11"/>
        </w:numPr>
        <w:spacing w:after="160" w:line="360" w:lineRule="auto"/>
        <w:rPr>
          <w:rFonts w:cstheme="minorHAnsi"/>
          <w:szCs w:val="24"/>
        </w:rPr>
      </w:pPr>
      <w:proofErr w:type="spellStart"/>
      <w:r w:rsidRPr="000C74E6">
        <w:rPr>
          <w:rFonts w:cstheme="minorHAnsi"/>
          <w:szCs w:val="24"/>
        </w:rPr>
        <w:t>Grupowa</w:t>
      </w:r>
      <w:proofErr w:type="spellEnd"/>
      <w:r w:rsidRPr="000C74E6">
        <w:rPr>
          <w:rFonts w:cstheme="minorHAnsi"/>
          <w:szCs w:val="24"/>
        </w:rPr>
        <w:t xml:space="preserve"> </w:t>
      </w:r>
      <w:proofErr w:type="spellStart"/>
      <w:r w:rsidRPr="000C74E6">
        <w:rPr>
          <w:rFonts w:cstheme="minorHAnsi"/>
          <w:szCs w:val="24"/>
        </w:rPr>
        <w:t>logorytmika</w:t>
      </w:r>
      <w:proofErr w:type="spellEnd"/>
    </w:p>
    <w:p w14:paraId="55D17965" w14:textId="77777777" w:rsidR="000C74E6" w:rsidRPr="00E63F7A" w:rsidRDefault="000C74E6" w:rsidP="000C74E6">
      <w:pPr>
        <w:pStyle w:val="Akapitzlist"/>
        <w:numPr>
          <w:ilvl w:val="0"/>
          <w:numId w:val="11"/>
        </w:numPr>
        <w:spacing w:after="160" w:line="360" w:lineRule="auto"/>
        <w:rPr>
          <w:rFonts w:cstheme="minorHAnsi"/>
          <w:szCs w:val="24"/>
          <w:lang w:val="pl-PL"/>
        </w:rPr>
      </w:pPr>
      <w:r w:rsidRPr="00E63F7A">
        <w:rPr>
          <w:rFonts w:cstheme="minorHAnsi"/>
          <w:szCs w:val="24"/>
          <w:lang w:val="pl-PL"/>
        </w:rPr>
        <w:t>Grupowe zajęcia pedagogiczne z Terapią ręki</w:t>
      </w:r>
    </w:p>
    <w:p w14:paraId="602AEF6E" w14:textId="77777777" w:rsidR="000C74E6" w:rsidRPr="000C74E6" w:rsidRDefault="000C74E6" w:rsidP="000C74E6">
      <w:pPr>
        <w:pStyle w:val="Akapitzlist"/>
        <w:numPr>
          <w:ilvl w:val="0"/>
          <w:numId w:val="11"/>
        </w:numPr>
        <w:spacing w:after="160" w:line="360" w:lineRule="auto"/>
        <w:rPr>
          <w:rFonts w:cstheme="minorHAnsi"/>
          <w:szCs w:val="24"/>
        </w:rPr>
      </w:pPr>
      <w:proofErr w:type="spellStart"/>
      <w:r w:rsidRPr="000C74E6">
        <w:rPr>
          <w:rFonts w:cstheme="minorHAnsi"/>
          <w:szCs w:val="24"/>
        </w:rPr>
        <w:t>Bajkoterapia</w:t>
      </w:r>
      <w:proofErr w:type="spellEnd"/>
    </w:p>
    <w:p w14:paraId="6A3043B2" w14:textId="77777777" w:rsidR="000C74E6" w:rsidRPr="00E63F7A" w:rsidRDefault="000C74E6" w:rsidP="000C74E6">
      <w:pPr>
        <w:pStyle w:val="Akapitzlist"/>
        <w:numPr>
          <w:ilvl w:val="0"/>
          <w:numId w:val="11"/>
        </w:numPr>
        <w:spacing w:after="160" w:line="360" w:lineRule="auto"/>
        <w:rPr>
          <w:rFonts w:cstheme="minorHAnsi"/>
          <w:szCs w:val="24"/>
          <w:lang w:val="pl-PL"/>
        </w:rPr>
      </w:pPr>
      <w:r w:rsidRPr="00E63F7A">
        <w:rPr>
          <w:rFonts w:cstheme="minorHAnsi"/>
          <w:szCs w:val="24"/>
          <w:lang w:val="pl-PL"/>
        </w:rPr>
        <w:t>Indywidualne zajęcia pedagogiczne z Terapią ręki</w:t>
      </w:r>
    </w:p>
    <w:p w14:paraId="58A203B7" w14:textId="77777777" w:rsidR="000C74E6" w:rsidRPr="000C74E6" w:rsidRDefault="000C74E6" w:rsidP="000C74E6">
      <w:pPr>
        <w:pStyle w:val="Akapitzlist"/>
        <w:numPr>
          <w:ilvl w:val="0"/>
          <w:numId w:val="11"/>
        </w:numPr>
        <w:spacing w:after="160" w:line="360" w:lineRule="auto"/>
        <w:rPr>
          <w:rFonts w:cstheme="minorHAnsi"/>
          <w:szCs w:val="24"/>
        </w:rPr>
      </w:pPr>
      <w:proofErr w:type="spellStart"/>
      <w:r w:rsidRPr="000C74E6">
        <w:rPr>
          <w:rFonts w:cstheme="minorHAnsi"/>
          <w:szCs w:val="24"/>
        </w:rPr>
        <w:lastRenderedPageBreak/>
        <w:t>Indywidualna</w:t>
      </w:r>
      <w:proofErr w:type="spellEnd"/>
      <w:r w:rsidRPr="000C74E6">
        <w:rPr>
          <w:rFonts w:cstheme="minorHAnsi"/>
          <w:szCs w:val="24"/>
        </w:rPr>
        <w:t xml:space="preserve"> </w:t>
      </w:r>
      <w:proofErr w:type="spellStart"/>
      <w:r w:rsidRPr="000C74E6">
        <w:rPr>
          <w:rFonts w:cstheme="minorHAnsi"/>
          <w:szCs w:val="24"/>
        </w:rPr>
        <w:t>aktywna</w:t>
      </w:r>
      <w:proofErr w:type="spellEnd"/>
      <w:r w:rsidRPr="000C74E6">
        <w:rPr>
          <w:rFonts w:cstheme="minorHAnsi"/>
          <w:szCs w:val="24"/>
        </w:rPr>
        <w:t xml:space="preserve"> </w:t>
      </w:r>
      <w:proofErr w:type="spellStart"/>
      <w:r w:rsidRPr="000C74E6">
        <w:rPr>
          <w:rFonts w:cstheme="minorHAnsi"/>
          <w:szCs w:val="24"/>
        </w:rPr>
        <w:t>terapia</w:t>
      </w:r>
      <w:proofErr w:type="spellEnd"/>
      <w:r w:rsidRPr="000C74E6">
        <w:rPr>
          <w:rFonts w:cstheme="minorHAnsi"/>
          <w:szCs w:val="24"/>
        </w:rPr>
        <w:t xml:space="preserve"> </w:t>
      </w:r>
      <w:proofErr w:type="spellStart"/>
      <w:r w:rsidRPr="000C74E6">
        <w:rPr>
          <w:rFonts w:cstheme="minorHAnsi"/>
          <w:szCs w:val="24"/>
        </w:rPr>
        <w:t>słuchowa</w:t>
      </w:r>
      <w:proofErr w:type="spellEnd"/>
      <w:r w:rsidRPr="000C74E6">
        <w:rPr>
          <w:rFonts w:cstheme="minorHAnsi"/>
          <w:szCs w:val="24"/>
        </w:rPr>
        <w:t xml:space="preserve"> </w:t>
      </w:r>
      <w:proofErr w:type="spellStart"/>
      <w:r w:rsidRPr="000C74E6">
        <w:rPr>
          <w:rFonts w:cstheme="minorHAnsi"/>
          <w:szCs w:val="24"/>
        </w:rPr>
        <w:t>Forbrain</w:t>
      </w:r>
      <w:proofErr w:type="spellEnd"/>
    </w:p>
    <w:p w14:paraId="5A756D94" w14:textId="77777777" w:rsidR="000C74E6" w:rsidRPr="00E63F7A" w:rsidRDefault="000C74E6" w:rsidP="000C74E6">
      <w:pPr>
        <w:pStyle w:val="Akapitzlist"/>
        <w:numPr>
          <w:ilvl w:val="0"/>
          <w:numId w:val="11"/>
        </w:numPr>
        <w:spacing w:after="160" w:line="360" w:lineRule="auto"/>
        <w:rPr>
          <w:rFonts w:cstheme="minorHAnsi"/>
          <w:szCs w:val="24"/>
          <w:lang w:val="pl-PL"/>
        </w:rPr>
      </w:pPr>
      <w:r w:rsidRPr="00E63F7A">
        <w:rPr>
          <w:rFonts w:cstheme="minorHAnsi"/>
          <w:szCs w:val="24"/>
          <w:lang w:val="pl-PL"/>
        </w:rPr>
        <w:t xml:space="preserve">Indywidualne zajęcia z elementami metody </w:t>
      </w:r>
      <w:proofErr w:type="spellStart"/>
      <w:proofErr w:type="gramStart"/>
      <w:r w:rsidRPr="00E63F7A">
        <w:rPr>
          <w:rFonts w:cstheme="minorHAnsi"/>
          <w:szCs w:val="24"/>
          <w:lang w:val="pl-PL"/>
        </w:rPr>
        <w:t>W.Sherborn</w:t>
      </w:r>
      <w:proofErr w:type="spellEnd"/>
      <w:proofErr w:type="gramEnd"/>
    </w:p>
    <w:p w14:paraId="65F9A865" w14:textId="77777777" w:rsidR="000C74E6" w:rsidRDefault="000C74E6" w:rsidP="000C74E6">
      <w:pPr>
        <w:pStyle w:val="Akapitzlist"/>
        <w:numPr>
          <w:ilvl w:val="0"/>
          <w:numId w:val="11"/>
        </w:numPr>
        <w:spacing w:after="160" w:line="360" w:lineRule="auto"/>
        <w:rPr>
          <w:rFonts w:cstheme="minorHAnsi"/>
          <w:szCs w:val="24"/>
        </w:rPr>
      </w:pPr>
      <w:proofErr w:type="spellStart"/>
      <w:r w:rsidRPr="000C74E6">
        <w:rPr>
          <w:rFonts w:cstheme="minorHAnsi"/>
          <w:szCs w:val="24"/>
        </w:rPr>
        <w:t>Indywidualna</w:t>
      </w:r>
      <w:proofErr w:type="spellEnd"/>
      <w:r w:rsidRPr="000C74E6">
        <w:rPr>
          <w:rFonts w:cstheme="minorHAnsi"/>
          <w:szCs w:val="24"/>
        </w:rPr>
        <w:t xml:space="preserve"> </w:t>
      </w:r>
      <w:proofErr w:type="spellStart"/>
      <w:r w:rsidRPr="000C74E6">
        <w:rPr>
          <w:rFonts w:cstheme="minorHAnsi"/>
          <w:szCs w:val="24"/>
        </w:rPr>
        <w:t>terapia</w:t>
      </w:r>
      <w:proofErr w:type="spellEnd"/>
      <w:r w:rsidRPr="000C74E6">
        <w:rPr>
          <w:rFonts w:cstheme="minorHAnsi"/>
          <w:szCs w:val="24"/>
        </w:rPr>
        <w:t xml:space="preserve"> </w:t>
      </w:r>
      <w:proofErr w:type="spellStart"/>
      <w:r w:rsidRPr="000C74E6">
        <w:rPr>
          <w:rFonts w:cstheme="minorHAnsi"/>
          <w:szCs w:val="24"/>
        </w:rPr>
        <w:t>zajęciowa</w:t>
      </w:r>
      <w:proofErr w:type="spellEnd"/>
    </w:p>
    <w:p w14:paraId="35BE1E88" w14:textId="77777777" w:rsidR="000C74E6" w:rsidRPr="00E63F7A" w:rsidRDefault="000C74E6" w:rsidP="000C74E6">
      <w:pPr>
        <w:pStyle w:val="Akapitzlist"/>
        <w:numPr>
          <w:ilvl w:val="0"/>
          <w:numId w:val="11"/>
        </w:numPr>
        <w:spacing w:after="160" w:line="360" w:lineRule="auto"/>
        <w:rPr>
          <w:rFonts w:cstheme="minorHAnsi"/>
          <w:szCs w:val="24"/>
          <w:lang w:val="pl-PL"/>
        </w:rPr>
      </w:pPr>
      <w:r w:rsidRPr="00E63F7A">
        <w:rPr>
          <w:rFonts w:cstheme="minorHAnsi"/>
          <w:szCs w:val="24"/>
          <w:lang w:val="pl-PL"/>
        </w:rPr>
        <w:t>Indywidualne zajęcia terapeutyczne z elementami P. Dennisona</w:t>
      </w:r>
    </w:p>
    <w:p w14:paraId="59A61A33" w14:textId="77777777" w:rsidR="000C74E6" w:rsidRPr="000C74E6" w:rsidRDefault="000C74E6" w:rsidP="000C74E6">
      <w:pPr>
        <w:pStyle w:val="Akapitzlist"/>
        <w:numPr>
          <w:ilvl w:val="0"/>
          <w:numId w:val="11"/>
        </w:numPr>
        <w:spacing w:after="160" w:line="360" w:lineRule="auto"/>
        <w:rPr>
          <w:rFonts w:cstheme="minorHAnsi"/>
          <w:szCs w:val="24"/>
        </w:rPr>
      </w:pPr>
      <w:proofErr w:type="spellStart"/>
      <w:r w:rsidRPr="000C74E6">
        <w:rPr>
          <w:rFonts w:cstheme="minorHAnsi"/>
          <w:szCs w:val="24"/>
        </w:rPr>
        <w:t>Indywidualne</w:t>
      </w:r>
      <w:proofErr w:type="spellEnd"/>
      <w:r w:rsidRPr="000C74E6">
        <w:rPr>
          <w:rFonts w:cstheme="minorHAnsi"/>
          <w:szCs w:val="24"/>
        </w:rPr>
        <w:t xml:space="preserve"> </w:t>
      </w:r>
      <w:proofErr w:type="spellStart"/>
      <w:r w:rsidRPr="000C74E6">
        <w:rPr>
          <w:rFonts w:cstheme="minorHAnsi"/>
          <w:szCs w:val="24"/>
        </w:rPr>
        <w:t>zajęcia</w:t>
      </w:r>
      <w:proofErr w:type="spellEnd"/>
      <w:r w:rsidRPr="000C74E6">
        <w:rPr>
          <w:rFonts w:cstheme="minorHAnsi"/>
          <w:szCs w:val="24"/>
        </w:rPr>
        <w:t xml:space="preserve"> </w:t>
      </w:r>
      <w:proofErr w:type="spellStart"/>
      <w:r w:rsidRPr="000C74E6">
        <w:rPr>
          <w:rFonts w:cstheme="minorHAnsi"/>
          <w:szCs w:val="24"/>
        </w:rPr>
        <w:t>pedagogiczne</w:t>
      </w:r>
      <w:proofErr w:type="spellEnd"/>
      <w:r w:rsidRPr="000C74E6">
        <w:rPr>
          <w:rFonts w:cstheme="minorHAnsi"/>
          <w:szCs w:val="24"/>
        </w:rPr>
        <w:t xml:space="preserve"> - </w:t>
      </w:r>
      <w:proofErr w:type="spellStart"/>
      <w:r w:rsidRPr="000C74E6">
        <w:rPr>
          <w:rFonts w:cstheme="minorHAnsi"/>
          <w:szCs w:val="24"/>
        </w:rPr>
        <w:t>profilaktyka</w:t>
      </w:r>
      <w:proofErr w:type="spellEnd"/>
      <w:r w:rsidRPr="000C74E6">
        <w:rPr>
          <w:rFonts w:cstheme="minorHAnsi"/>
          <w:szCs w:val="24"/>
        </w:rPr>
        <w:t xml:space="preserve"> </w:t>
      </w:r>
      <w:proofErr w:type="spellStart"/>
      <w:r w:rsidRPr="000C74E6">
        <w:rPr>
          <w:rFonts w:cstheme="minorHAnsi"/>
          <w:szCs w:val="24"/>
        </w:rPr>
        <w:t>dysleksji</w:t>
      </w:r>
      <w:proofErr w:type="spellEnd"/>
    </w:p>
    <w:p w14:paraId="54480BB7" w14:textId="77777777" w:rsidR="000C74E6" w:rsidRPr="000C74E6" w:rsidRDefault="000C74E6" w:rsidP="000C74E6">
      <w:pPr>
        <w:pStyle w:val="Akapitzlist"/>
        <w:numPr>
          <w:ilvl w:val="0"/>
          <w:numId w:val="11"/>
        </w:numPr>
        <w:spacing w:after="160" w:line="360" w:lineRule="auto"/>
        <w:rPr>
          <w:rFonts w:cstheme="minorHAnsi"/>
          <w:szCs w:val="24"/>
        </w:rPr>
      </w:pPr>
      <w:proofErr w:type="spellStart"/>
      <w:r w:rsidRPr="000C74E6">
        <w:rPr>
          <w:rFonts w:cstheme="minorHAnsi"/>
          <w:szCs w:val="24"/>
        </w:rPr>
        <w:t>Indywidualne</w:t>
      </w:r>
      <w:proofErr w:type="spellEnd"/>
      <w:r w:rsidRPr="000C74E6">
        <w:rPr>
          <w:rFonts w:cstheme="minorHAnsi"/>
          <w:szCs w:val="24"/>
        </w:rPr>
        <w:t xml:space="preserve"> </w:t>
      </w:r>
      <w:proofErr w:type="spellStart"/>
      <w:r w:rsidRPr="000C74E6">
        <w:rPr>
          <w:rFonts w:cstheme="minorHAnsi"/>
          <w:szCs w:val="24"/>
        </w:rPr>
        <w:t>zajęcia</w:t>
      </w:r>
      <w:proofErr w:type="spellEnd"/>
      <w:r w:rsidRPr="000C74E6">
        <w:rPr>
          <w:rFonts w:cstheme="minorHAnsi"/>
          <w:szCs w:val="24"/>
        </w:rPr>
        <w:t xml:space="preserve"> </w:t>
      </w:r>
      <w:proofErr w:type="spellStart"/>
      <w:r w:rsidRPr="000C74E6">
        <w:rPr>
          <w:rFonts w:cstheme="minorHAnsi"/>
          <w:szCs w:val="24"/>
        </w:rPr>
        <w:t>Interaktywny</w:t>
      </w:r>
      <w:proofErr w:type="spellEnd"/>
      <w:r w:rsidRPr="000C74E6">
        <w:rPr>
          <w:rFonts w:cstheme="minorHAnsi"/>
          <w:szCs w:val="24"/>
        </w:rPr>
        <w:t xml:space="preserve"> </w:t>
      </w:r>
      <w:proofErr w:type="spellStart"/>
      <w:r w:rsidRPr="000C74E6">
        <w:rPr>
          <w:rFonts w:cstheme="minorHAnsi"/>
          <w:szCs w:val="24"/>
        </w:rPr>
        <w:t>Metronom</w:t>
      </w:r>
      <w:proofErr w:type="spellEnd"/>
    </w:p>
    <w:p w14:paraId="6AF6489D" w14:textId="77777777" w:rsidR="000C74E6" w:rsidRPr="000C74E6" w:rsidRDefault="000C74E6" w:rsidP="000C74E6">
      <w:pPr>
        <w:pStyle w:val="Akapitzlist"/>
        <w:numPr>
          <w:ilvl w:val="0"/>
          <w:numId w:val="11"/>
        </w:numPr>
        <w:spacing w:after="160" w:line="360" w:lineRule="auto"/>
        <w:rPr>
          <w:rFonts w:cstheme="minorHAnsi"/>
          <w:szCs w:val="24"/>
        </w:rPr>
      </w:pPr>
      <w:proofErr w:type="spellStart"/>
      <w:r w:rsidRPr="000C74E6">
        <w:rPr>
          <w:rFonts w:cstheme="minorHAnsi"/>
          <w:szCs w:val="24"/>
        </w:rPr>
        <w:t>Indywidualne</w:t>
      </w:r>
      <w:proofErr w:type="spellEnd"/>
      <w:r w:rsidRPr="000C74E6">
        <w:rPr>
          <w:rFonts w:cstheme="minorHAnsi"/>
          <w:szCs w:val="24"/>
        </w:rPr>
        <w:t xml:space="preserve"> </w:t>
      </w:r>
      <w:proofErr w:type="spellStart"/>
      <w:r w:rsidRPr="000C74E6">
        <w:rPr>
          <w:rFonts w:cstheme="minorHAnsi"/>
          <w:szCs w:val="24"/>
        </w:rPr>
        <w:t>zajęcia</w:t>
      </w:r>
      <w:proofErr w:type="spellEnd"/>
      <w:r w:rsidRPr="000C74E6">
        <w:rPr>
          <w:rFonts w:cstheme="minorHAnsi"/>
          <w:szCs w:val="24"/>
        </w:rPr>
        <w:t xml:space="preserve"> z </w:t>
      </w:r>
      <w:proofErr w:type="spellStart"/>
      <w:r w:rsidRPr="000C74E6">
        <w:rPr>
          <w:rFonts w:cstheme="minorHAnsi"/>
          <w:szCs w:val="24"/>
        </w:rPr>
        <w:t>logorytmiki</w:t>
      </w:r>
      <w:proofErr w:type="spellEnd"/>
    </w:p>
    <w:p w14:paraId="054CA6C6" w14:textId="77777777" w:rsidR="000C74E6" w:rsidRPr="00E63F7A" w:rsidRDefault="000C74E6" w:rsidP="000C74E6">
      <w:pPr>
        <w:pStyle w:val="Akapitzlist"/>
        <w:numPr>
          <w:ilvl w:val="0"/>
          <w:numId w:val="11"/>
        </w:numPr>
        <w:spacing w:after="160" w:line="360" w:lineRule="auto"/>
        <w:rPr>
          <w:rFonts w:cstheme="minorHAnsi"/>
          <w:szCs w:val="24"/>
          <w:lang w:val="pl-PL"/>
        </w:rPr>
      </w:pPr>
      <w:r w:rsidRPr="00E63F7A">
        <w:rPr>
          <w:rFonts w:cstheme="minorHAnsi"/>
          <w:szCs w:val="24"/>
          <w:lang w:val="pl-PL"/>
        </w:rPr>
        <w:t>Indywidualne zajęcia z elementami Metody Dobrego Startu</w:t>
      </w:r>
    </w:p>
    <w:p w14:paraId="68A6B798" w14:textId="77777777" w:rsidR="000C74E6" w:rsidRPr="00E63F7A" w:rsidRDefault="000C74E6" w:rsidP="000C74E6">
      <w:pPr>
        <w:pStyle w:val="Akapitzlist"/>
        <w:numPr>
          <w:ilvl w:val="0"/>
          <w:numId w:val="11"/>
        </w:numPr>
        <w:spacing w:after="160" w:line="360" w:lineRule="auto"/>
        <w:rPr>
          <w:rFonts w:cstheme="minorHAnsi"/>
          <w:szCs w:val="24"/>
          <w:lang w:val="pl-PL"/>
        </w:rPr>
      </w:pPr>
      <w:r w:rsidRPr="00E63F7A">
        <w:rPr>
          <w:rFonts w:cstheme="minorHAnsi"/>
          <w:szCs w:val="24"/>
          <w:lang w:val="pl-PL"/>
        </w:rPr>
        <w:t>Indywidualne zajęcia ruchowe z integracji sensorycznej</w:t>
      </w:r>
    </w:p>
    <w:p w14:paraId="5EDE2EDD" w14:textId="77777777" w:rsidR="000C74E6" w:rsidRPr="000C74E6" w:rsidRDefault="000C74E6" w:rsidP="000C74E6">
      <w:pPr>
        <w:pStyle w:val="Akapitzlist"/>
        <w:numPr>
          <w:ilvl w:val="0"/>
          <w:numId w:val="11"/>
        </w:numPr>
        <w:spacing w:after="160" w:line="360" w:lineRule="auto"/>
        <w:rPr>
          <w:rFonts w:cstheme="minorHAnsi"/>
          <w:szCs w:val="24"/>
        </w:rPr>
      </w:pPr>
      <w:proofErr w:type="spellStart"/>
      <w:r w:rsidRPr="000C74E6">
        <w:rPr>
          <w:rFonts w:cstheme="minorHAnsi"/>
          <w:szCs w:val="24"/>
        </w:rPr>
        <w:t>Indywidualne</w:t>
      </w:r>
      <w:proofErr w:type="spellEnd"/>
      <w:r w:rsidRPr="000C74E6">
        <w:rPr>
          <w:rFonts w:cstheme="minorHAnsi"/>
          <w:szCs w:val="24"/>
        </w:rPr>
        <w:t xml:space="preserve"> </w:t>
      </w:r>
      <w:proofErr w:type="spellStart"/>
      <w:r w:rsidRPr="000C74E6">
        <w:rPr>
          <w:rFonts w:cstheme="minorHAnsi"/>
          <w:szCs w:val="24"/>
        </w:rPr>
        <w:t>zajęcia</w:t>
      </w:r>
      <w:proofErr w:type="spellEnd"/>
      <w:r w:rsidRPr="000C74E6">
        <w:rPr>
          <w:rFonts w:cstheme="minorHAnsi"/>
          <w:szCs w:val="24"/>
        </w:rPr>
        <w:t xml:space="preserve"> </w:t>
      </w:r>
      <w:proofErr w:type="spellStart"/>
      <w:r w:rsidRPr="000C74E6">
        <w:rPr>
          <w:rFonts w:cstheme="minorHAnsi"/>
          <w:szCs w:val="24"/>
        </w:rPr>
        <w:t>surdopedagogiczne</w:t>
      </w:r>
      <w:proofErr w:type="spellEnd"/>
    </w:p>
    <w:p w14:paraId="0CB8BCAA" w14:textId="77777777" w:rsidR="000C74E6" w:rsidRPr="000C74E6" w:rsidRDefault="000C74E6" w:rsidP="000C74E6">
      <w:pPr>
        <w:pStyle w:val="Akapitzlist"/>
        <w:numPr>
          <w:ilvl w:val="0"/>
          <w:numId w:val="11"/>
        </w:numPr>
        <w:spacing w:after="160" w:line="360" w:lineRule="auto"/>
        <w:rPr>
          <w:rFonts w:cstheme="minorHAnsi"/>
          <w:szCs w:val="24"/>
        </w:rPr>
      </w:pPr>
      <w:proofErr w:type="spellStart"/>
      <w:r w:rsidRPr="000C74E6">
        <w:rPr>
          <w:rFonts w:cstheme="minorHAnsi"/>
          <w:szCs w:val="24"/>
        </w:rPr>
        <w:t>Indywidualne</w:t>
      </w:r>
      <w:proofErr w:type="spellEnd"/>
      <w:r w:rsidRPr="000C74E6">
        <w:rPr>
          <w:rFonts w:cstheme="minorHAnsi"/>
          <w:szCs w:val="24"/>
        </w:rPr>
        <w:t xml:space="preserve"> </w:t>
      </w:r>
      <w:proofErr w:type="spellStart"/>
      <w:r w:rsidRPr="000C74E6">
        <w:rPr>
          <w:rFonts w:cstheme="minorHAnsi"/>
          <w:szCs w:val="24"/>
        </w:rPr>
        <w:t>zajęcia</w:t>
      </w:r>
      <w:proofErr w:type="spellEnd"/>
      <w:r w:rsidRPr="000C74E6">
        <w:rPr>
          <w:rFonts w:cstheme="minorHAnsi"/>
          <w:szCs w:val="24"/>
        </w:rPr>
        <w:t xml:space="preserve"> </w:t>
      </w:r>
      <w:proofErr w:type="spellStart"/>
      <w:r w:rsidRPr="000C74E6">
        <w:rPr>
          <w:rFonts w:cstheme="minorHAnsi"/>
          <w:szCs w:val="24"/>
        </w:rPr>
        <w:t>terapii</w:t>
      </w:r>
      <w:proofErr w:type="spellEnd"/>
      <w:r w:rsidRPr="000C74E6">
        <w:rPr>
          <w:rFonts w:cstheme="minorHAnsi"/>
          <w:szCs w:val="24"/>
        </w:rPr>
        <w:t xml:space="preserve"> </w:t>
      </w:r>
      <w:proofErr w:type="spellStart"/>
      <w:r w:rsidRPr="000C74E6">
        <w:rPr>
          <w:rFonts w:cstheme="minorHAnsi"/>
          <w:szCs w:val="24"/>
        </w:rPr>
        <w:t>Tomatisa</w:t>
      </w:r>
      <w:proofErr w:type="spellEnd"/>
    </w:p>
    <w:p w14:paraId="262A7A36" w14:textId="77777777" w:rsidR="000C74E6" w:rsidRDefault="000C74E6" w:rsidP="000C74E6">
      <w:pPr>
        <w:pStyle w:val="Akapitzlist"/>
        <w:numPr>
          <w:ilvl w:val="0"/>
          <w:numId w:val="11"/>
        </w:numPr>
        <w:spacing w:after="160" w:line="360" w:lineRule="auto"/>
        <w:rPr>
          <w:rFonts w:cstheme="minorHAnsi"/>
          <w:szCs w:val="24"/>
        </w:rPr>
      </w:pPr>
      <w:proofErr w:type="spellStart"/>
      <w:r w:rsidRPr="000C74E6">
        <w:rPr>
          <w:rFonts w:cstheme="minorHAnsi"/>
          <w:szCs w:val="24"/>
        </w:rPr>
        <w:t>Indywidualny</w:t>
      </w:r>
      <w:proofErr w:type="spellEnd"/>
      <w:r w:rsidRPr="000C74E6">
        <w:rPr>
          <w:rFonts w:cstheme="minorHAnsi"/>
          <w:szCs w:val="24"/>
        </w:rPr>
        <w:t xml:space="preserve"> </w:t>
      </w:r>
      <w:proofErr w:type="spellStart"/>
      <w:r w:rsidRPr="000C74E6">
        <w:rPr>
          <w:rFonts w:cstheme="minorHAnsi"/>
          <w:szCs w:val="24"/>
        </w:rPr>
        <w:t>Trening</w:t>
      </w:r>
      <w:proofErr w:type="spellEnd"/>
      <w:r w:rsidRPr="000C74E6">
        <w:rPr>
          <w:rFonts w:cstheme="minorHAnsi"/>
          <w:szCs w:val="24"/>
        </w:rPr>
        <w:t xml:space="preserve"> </w:t>
      </w:r>
      <w:proofErr w:type="spellStart"/>
      <w:r w:rsidRPr="000C74E6">
        <w:rPr>
          <w:rFonts w:cstheme="minorHAnsi"/>
          <w:szCs w:val="24"/>
        </w:rPr>
        <w:t>umiejętności</w:t>
      </w:r>
      <w:proofErr w:type="spellEnd"/>
      <w:r w:rsidRPr="000C74E6">
        <w:rPr>
          <w:rFonts w:cstheme="minorHAnsi"/>
          <w:szCs w:val="24"/>
        </w:rPr>
        <w:t xml:space="preserve"> </w:t>
      </w:r>
      <w:proofErr w:type="spellStart"/>
      <w:r w:rsidRPr="000C74E6">
        <w:rPr>
          <w:rFonts w:cstheme="minorHAnsi"/>
          <w:szCs w:val="24"/>
        </w:rPr>
        <w:t>społecznych</w:t>
      </w:r>
      <w:proofErr w:type="spellEnd"/>
    </w:p>
    <w:p w14:paraId="211CE496" w14:textId="469F22CA" w:rsidR="000C74E6" w:rsidRDefault="000C74E6" w:rsidP="000C74E6">
      <w:pPr>
        <w:pStyle w:val="Akapitzlist"/>
        <w:numPr>
          <w:ilvl w:val="0"/>
          <w:numId w:val="11"/>
        </w:numPr>
        <w:spacing w:after="160" w:line="360" w:lineRule="auto"/>
        <w:rPr>
          <w:rFonts w:cstheme="minorHAnsi"/>
          <w:szCs w:val="24"/>
        </w:rPr>
      </w:pPr>
      <w:proofErr w:type="spellStart"/>
      <w:r w:rsidRPr="000C74E6">
        <w:rPr>
          <w:rFonts w:cstheme="minorHAnsi"/>
          <w:szCs w:val="24"/>
        </w:rPr>
        <w:t>Konkursy</w:t>
      </w:r>
      <w:proofErr w:type="spellEnd"/>
      <w:r w:rsidRPr="000C74E6">
        <w:rPr>
          <w:rFonts w:cstheme="minorHAnsi"/>
          <w:szCs w:val="24"/>
        </w:rPr>
        <w:t xml:space="preserve"> </w:t>
      </w:r>
      <w:proofErr w:type="spellStart"/>
      <w:r w:rsidRPr="000C74E6">
        <w:rPr>
          <w:rFonts w:cstheme="minorHAnsi"/>
          <w:szCs w:val="24"/>
        </w:rPr>
        <w:t>plastyczne</w:t>
      </w:r>
      <w:proofErr w:type="spellEnd"/>
    </w:p>
    <w:p w14:paraId="52A44EB6" w14:textId="77777777" w:rsidR="000C74E6" w:rsidRPr="000C74E6" w:rsidRDefault="000C74E6" w:rsidP="000C74E6">
      <w:pPr>
        <w:pStyle w:val="Akapitzlist"/>
        <w:spacing w:after="160" w:line="360" w:lineRule="auto"/>
        <w:ind w:left="1080"/>
        <w:rPr>
          <w:rFonts w:cstheme="minorHAnsi"/>
          <w:szCs w:val="24"/>
        </w:rPr>
      </w:pPr>
    </w:p>
    <w:p w14:paraId="6C7A1213" w14:textId="77777777" w:rsidR="000C74E6" w:rsidRPr="00E63F7A" w:rsidRDefault="000C74E6" w:rsidP="000C74E6">
      <w:pPr>
        <w:spacing w:line="360" w:lineRule="auto"/>
        <w:rPr>
          <w:bCs/>
          <w:lang w:val="pl-PL"/>
        </w:rPr>
      </w:pPr>
      <w:r w:rsidRPr="00E63F7A">
        <w:rPr>
          <w:bCs/>
          <w:lang w:val="pl-PL"/>
        </w:rPr>
        <w:t>Data i podpis rodzica/opiekuna prawnego</w:t>
      </w:r>
    </w:p>
    <w:p w14:paraId="484B9734" w14:textId="77777777" w:rsidR="0024189B" w:rsidRPr="00E63F7A" w:rsidRDefault="0071781D" w:rsidP="000C74E6">
      <w:pPr>
        <w:spacing w:line="360" w:lineRule="auto"/>
        <w:rPr>
          <w:lang w:val="pl-PL"/>
        </w:rPr>
      </w:pPr>
      <w:r w:rsidRPr="00E63F7A">
        <w:rPr>
          <w:lang w:val="pl-PL"/>
        </w:rPr>
        <w:t>........................................................................</w:t>
      </w:r>
    </w:p>
    <w:p w14:paraId="16F487AD" w14:textId="77777777" w:rsidR="0024189B" w:rsidRPr="00E63F7A" w:rsidRDefault="0024189B">
      <w:pPr>
        <w:rPr>
          <w:lang w:val="pl-PL"/>
        </w:rPr>
      </w:pPr>
    </w:p>
    <w:p w14:paraId="3E05ACE6" w14:textId="192B710C" w:rsidR="0024189B" w:rsidRPr="00E63F7A" w:rsidRDefault="0071781D" w:rsidP="000C74E6">
      <w:pPr>
        <w:spacing w:line="360" w:lineRule="auto"/>
        <w:rPr>
          <w:lang w:val="pl-PL"/>
        </w:rPr>
      </w:pPr>
      <w:r w:rsidRPr="00E63F7A">
        <w:rPr>
          <w:lang w:val="pl-PL"/>
        </w:rPr>
        <w:t xml:space="preserve">Podpis osoby reprezentującej Centrum Pomocy Rodzinie </w:t>
      </w:r>
      <w:r w:rsidR="00E63F7A">
        <w:rPr>
          <w:lang w:val="pl-PL"/>
        </w:rPr>
        <w:t xml:space="preserve">Modus Vivendi </w:t>
      </w:r>
      <w:r w:rsidRPr="00E63F7A">
        <w:rPr>
          <w:lang w:val="pl-PL"/>
        </w:rPr>
        <w:t>Barbara Łężak</w:t>
      </w:r>
    </w:p>
    <w:p w14:paraId="7AC6BE1B" w14:textId="77777777" w:rsidR="0024189B" w:rsidRDefault="0071781D" w:rsidP="000C74E6">
      <w:pPr>
        <w:spacing w:line="360" w:lineRule="auto"/>
      </w:pPr>
      <w:r>
        <w:t>........................................................................</w:t>
      </w:r>
    </w:p>
    <w:sectPr w:rsidR="0024189B" w:rsidSect="00034616">
      <w:head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F82CAD" w14:textId="77777777" w:rsidR="003E4D64" w:rsidRDefault="003E4D64" w:rsidP="00853950">
      <w:pPr>
        <w:spacing w:after="0" w:line="240" w:lineRule="auto"/>
      </w:pPr>
      <w:r>
        <w:separator/>
      </w:r>
    </w:p>
  </w:endnote>
  <w:endnote w:type="continuationSeparator" w:id="0">
    <w:p w14:paraId="6D72EF07" w14:textId="77777777" w:rsidR="003E4D64" w:rsidRDefault="003E4D64" w:rsidP="008539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55383C" w14:textId="77777777" w:rsidR="003E4D64" w:rsidRDefault="003E4D64" w:rsidP="00853950">
      <w:pPr>
        <w:spacing w:after="0" w:line="240" w:lineRule="auto"/>
      </w:pPr>
      <w:r>
        <w:separator/>
      </w:r>
    </w:p>
  </w:footnote>
  <w:footnote w:type="continuationSeparator" w:id="0">
    <w:p w14:paraId="6531498D" w14:textId="77777777" w:rsidR="003E4D64" w:rsidRDefault="003E4D64" w:rsidP="008539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BF09F1" w14:textId="4BD2145D" w:rsidR="00853950" w:rsidRPr="00E63F7A" w:rsidRDefault="00853950" w:rsidP="00853950">
    <w:pPr>
      <w:spacing w:after="0"/>
      <w:rPr>
        <w:lang w:val="pl-PL"/>
      </w:rPr>
    </w:pPr>
    <w:r>
      <w:rPr>
        <w:noProof/>
      </w:rPr>
      <w:drawing>
        <wp:inline distT="0" distB="0" distL="0" distR="0" wp14:anchorId="55640EF9" wp14:editId="4D353056">
          <wp:extent cx="5486400" cy="684530"/>
          <wp:effectExtent l="0" t="0" r="0" b="1270"/>
          <wp:docPr id="801256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12569" name="Obraz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6400" cy="6845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E63F7A">
      <w:rPr>
        <w:lang w:val="pl-PL"/>
      </w:rPr>
      <w:t>Projekt „Wspólnie dla rodziny”</w:t>
    </w:r>
  </w:p>
  <w:p w14:paraId="29ED3918" w14:textId="77777777" w:rsidR="00853950" w:rsidRPr="00E63F7A" w:rsidRDefault="00853950" w:rsidP="00853950">
    <w:pPr>
      <w:spacing w:after="0"/>
      <w:rPr>
        <w:lang w:val="pl-PL"/>
      </w:rPr>
    </w:pPr>
    <w:r w:rsidRPr="00E63F7A">
      <w:rPr>
        <w:lang w:val="pl-PL"/>
      </w:rPr>
      <w:t>w ramach Programu Fundusze Europejskie dla Śląskiego 2021–2027</w:t>
    </w:r>
  </w:p>
  <w:p w14:paraId="0CB41FB2" w14:textId="77777777" w:rsidR="00853950" w:rsidRPr="00E63F7A" w:rsidRDefault="00853950" w:rsidP="00853950">
    <w:pPr>
      <w:spacing w:after="0"/>
      <w:rPr>
        <w:lang w:val="pl-PL"/>
      </w:rPr>
    </w:pPr>
    <w:r w:rsidRPr="00E63F7A">
      <w:rPr>
        <w:lang w:val="pl-PL"/>
      </w:rPr>
      <w:t>współfinansowanego ze środków Europejskiego Funduszu Społecznego Plus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3D023179"/>
    <w:multiLevelType w:val="hybridMultilevel"/>
    <w:tmpl w:val="3640AF62"/>
    <w:lvl w:ilvl="0" w:tplc="E236D15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246074"/>
    <w:multiLevelType w:val="hybridMultilevel"/>
    <w:tmpl w:val="2E22401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427463971">
    <w:abstractNumId w:val="8"/>
  </w:num>
  <w:num w:numId="2" w16cid:durableId="1126583520">
    <w:abstractNumId w:val="6"/>
  </w:num>
  <w:num w:numId="3" w16cid:durableId="2053840404">
    <w:abstractNumId w:val="5"/>
  </w:num>
  <w:num w:numId="4" w16cid:durableId="1514613490">
    <w:abstractNumId w:val="4"/>
  </w:num>
  <w:num w:numId="5" w16cid:durableId="562640386">
    <w:abstractNumId w:val="7"/>
  </w:num>
  <w:num w:numId="6" w16cid:durableId="1361468129">
    <w:abstractNumId w:val="3"/>
  </w:num>
  <w:num w:numId="7" w16cid:durableId="1554317569">
    <w:abstractNumId w:val="2"/>
  </w:num>
  <w:num w:numId="8" w16cid:durableId="444665853">
    <w:abstractNumId w:val="1"/>
  </w:num>
  <w:num w:numId="9" w16cid:durableId="150098871">
    <w:abstractNumId w:val="0"/>
  </w:num>
  <w:num w:numId="10" w16cid:durableId="2052267427">
    <w:abstractNumId w:val="9"/>
  </w:num>
  <w:num w:numId="11" w16cid:durableId="10640632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C74E6"/>
    <w:rsid w:val="0015074B"/>
    <w:rsid w:val="0024189B"/>
    <w:rsid w:val="002864CF"/>
    <w:rsid w:val="0029639D"/>
    <w:rsid w:val="00326F90"/>
    <w:rsid w:val="00361336"/>
    <w:rsid w:val="003E4D64"/>
    <w:rsid w:val="0071781D"/>
    <w:rsid w:val="00725EBE"/>
    <w:rsid w:val="00853950"/>
    <w:rsid w:val="008C00BC"/>
    <w:rsid w:val="00940469"/>
    <w:rsid w:val="00AA1D8D"/>
    <w:rsid w:val="00AD0FC0"/>
    <w:rsid w:val="00B05B1B"/>
    <w:rsid w:val="00B47730"/>
    <w:rsid w:val="00BA5059"/>
    <w:rsid w:val="00C15F7E"/>
    <w:rsid w:val="00CB0664"/>
    <w:rsid w:val="00E63F7A"/>
    <w:rsid w:val="00F57CE2"/>
    <w:rsid w:val="00F7370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4C6D5A9"/>
  <w14:defaultImageDpi w14:val="300"/>
  <w15:docId w15:val="{14E24E57-BFED-499C-9D65-894BA152B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rFonts w:ascii="Arial" w:eastAsia="Arial" w:hAnsi="Arial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260</Words>
  <Characters>1562</Characters>
  <Application>Microsoft Office Word</Application>
  <DocSecurity>0</DocSecurity>
  <Lines>13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1819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Modus Vivendi</cp:lastModifiedBy>
  <cp:revision>2</cp:revision>
  <cp:lastPrinted>2026-08-06T08:52:00Z</cp:lastPrinted>
  <dcterms:created xsi:type="dcterms:W3CDTF">2026-08-06T13:25:00Z</dcterms:created>
  <dcterms:modified xsi:type="dcterms:W3CDTF">2026-08-06T13:25:00Z</dcterms:modified>
  <cp:category/>
</cp:coreProperties>
</file>