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54B7" w14:textId="77777777" w:rsidR="00853950" w:rsidRDefault="00853950" w:rsidP="00853950">
      <w:pPr>
        <w:pStyle w:val="Nagwek1"/>
        <w:spacing w:before="0" w:line="360" w:lineRule="auto"/>
      </w:pPr>
    </w:p>
    <w:p w14:paraId="75B3B383" w14:textId="3F9214F2" w:rsidR="0024189B" w:rsidRPr="008651FE" w:rsidRDefault="009D2534" w:rsidP="00853950">
      <w:pPr>
        <w:pStyle w:val="Nagwek1"/>
        <w:spacing w:before="0" w:line="360" w:lineRule="auto"/>
        <w:rPr>
          <w:lang w:val="pl-PL"/>
        </w:rPr>
      </w:pPr>
      <w:r w:rsidRPr="008651FE">
        <w:rPr>
          <w:lang w:val="pl-PL"/>
        </w:rPr>
        <w:t>Zobowiązanie do uczestnictwa w projekcie</w:t>
      </w:r>
    </w:p>
    <w:p w14:paraId="09FA8D86" w14:textId="21045702" w:rsidR="0024189B" w:rsidRPr="008651FE" w:rsidRDefault="009D2534" w:rsidP="00853950">
      <w:pPr>
        <w:spacing w:after="0" w:line="360" w:lineRule="auto"/>
        <w:rPr>
          <w:lang w:val="pl-PL"/>
        </w:rPr>
      </w:pPr>
      <w:r w:rsidRPr="008651FE">
        <w:rPr>
          <w:lang w:val="pl-PL"/>
        </w:rPr>
        <w:t>„Wspólnie dla rodziny”</w:t>
      </w:r>
    </w:p>
    <w:p w14:paraId="6C13F491" w14:textId="77777777" w:rsidR="0024189B" w:rsidRPr="008651FE" w:rsidRDefault="009D2534" w:rsidP="00853950">
      <w:pPr>
        <w:spacing w:after="0" w:line="360" w:lineRule="auto"/>
        <w:rPr>
          <w:lang w:val="pl-PL"/>
        </w:rPr>
      </w:pPr>
      <w:r w:rsidRPr="008651FE">
        <w:rPr>
          <w:lang w:val="pl-PL"/>
        </w:rPr>
        <w:t xml:space="preserve">Projekt realizowany w latach 2024–2027, współfinansowany przez Unię Europejską ze środków Europejskiego Funduszu Społecznego Plus w ramach Programu Fundusze Europejskie dla </w:t>
      </w:r>
      <w:r w:rsidRPr="008651FE">
        <w:rPr>
          <w:lang w:val="pl-PL"/>
        </w:rPr>
        <w:t>Śląskiego 2021–2027.</w:t>
      </w:r>
    </w:p>
    <w:p w14:paraId="0C404933" w14:textId="77777777" w:rsidR="00D000C4" w:rsidRPr="008651FE" w:rsidRDefault="00D000C4" w:rsidP="00D000C4">
      <w:pPr>
        <w:rPr>
          <w:b/>
          <w:lang w:val="pl-PL"/>
        </w:rPr>
      </w:pPr>
    </w:p>
    <w:p w14:paraId="0F6860F9" w14:textId="2463304A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b/>
          <w:lang w:val="pl-PL"/>
        </w:rPr>
        <w:t>Data zawarcia zobowiązania</w:t>
      </w:r>
    </w:p>
    <w:p w14:paraId="325CFBFC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lang w:val="pl-PL"/>
        </w:rPr>
        <w:t>........................................................................</w:t>
      </w:r>
    </w:p>
    <w:p w14:paraId="343BCFFC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b/>
          <w:lang w:val="pl-PL"/>
        </w:rPr>
        <w:t>Strony</w:t>
      </w:r>
    </w:p>
    <w:p w14:paraId="75A6BD6D" w14:textId="3A989091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lang w:val="pl-PL"/>
        </w:rPr>
        <w:t xml:space="preserve">Centrum Pomocy Rodzinie </w:t>
      </w:r>
      <w:r w:rsidR="008651FE">
        <w:rPr>
          <w:lang w:val="pl-PL"/>
        </w:rPr>
        <w:t xml:space="preserve">Modus Vivendi </w:t>
      </w:r>
      <w:r w:rsidRPr="008651FE">
        <w:rPr>
          <w:lang w:val="pl-PL"/>
        </w:rPr>
        <w:t xml:space="preserve">Barbara </w:t>
      </w:r>
      <w:proofErr w:type="spellStart"/>
      <w:r w:rsidRPr="008651FE">
        <w:rPr>
          <w:lang w:val="pl-PL"/>
        </w:rPr>
        <w:t>Łężak</w:t>
      </w:r>
      <w:proofErr w:type="spellEnd"/>
      <w:r w:rsidRPr="008651FE">
        <w:rPr>
          <w:lang w:val="pl-PL"/>
        </w:rPr>
        <w:t xml:space="preserve"> oraz:</w:t>
      </w:r>
    </w:p>
    <w:p w14:paraId="18BDF85C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lang w:val="pl-PL"/>
        </w:rPr>
        <w:t>Imię i nazwisko uczestnika/</w:t>
      </w:r>
      <w:proofErr w:type="spellStart"/>
      <w:r w:rsidRPr="008651FE">
        <w:rPr>
          <w:lang w:val="pl-PL"/>
        </w:rPr>
        <w:t>czki</w:t>
      </w:r>
      <w:proofErr w:type="spellEnd"/>
    </w:p>
    <w:p w14:paraId="4AED9B57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lang w:val="pl-PL"/>
        </w:rPr>
        <w:t>........................................................................</w:t>
      </w:r>
    </w:p>
    <w:p w14:paraId="186D421B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lang w:val="pl-PL"/>
        </w:rPr>
        <w:t>Uczestnik/czka deklaruje gotowość do aktywnego uczestnictwa w działaniach realizowanych w projekcie „Wspólnie dla rodziny”.</w:t>
      </w:r>
    </w:p>
    <w:p w14:paraId="328DD60F" w14:textId="77777777" w:rsidR="00D000C4" w:rsidRPr="008651FE" w:rsidRDefault="00D000C4" w:rsidP="00D000C4">
      <w:pPr>
        <w:spacing w:after="0" w:line="360" w:lineRule="auto"/>
        <w:rPr>
          <w:lang w:val="pl-PL"/>
        </w:rPr>
      </w:pPr>
      <w:r w:rsidRPr="008651FE">
        <w:rPr>
          <w:b/>
          <w:lang w:val="pl-PL"/>
        </w:rPr>
        <w:t>Uczestnik/czka zobowiązuje się do udziału w następujących formach wsparcia:</w:t>
      </w:r>
    </w:p>
    <w:p w14:paraId="0659C589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Indywidualne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psychologiczne</w:t>
      </w:r>
      <w:proofErr w:type="spellEnd"/>
    </w:p>
    <w:p w14:paraId="3CFBC235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Trening</w:t>
      </w:r>
      <w:proofErr w:type="spellEnd"/>
      <w:r>
        <w:t xml:space="preserve"> </w:t>
      </w:r>
      <w:proofErr w:type="spellStart"/>
      <w:r>
        <w:t>kompetencji</w:t>
      </w:r>
      <w:proofErr w:type="spellEnd"/>
      <w:r>
        <w:t xml:space="preserve"> </w:t>
      </w:r>
      <w:proofErr w:type="spellStart"/>
      <w:r>
        <w:t>wychowawczych</w:t>
      </w:r>
      <w:proofErr w:type="spellEnd"/>
    </w:p>
    <w:p w14:paraId="21562FE4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Kreatywny</w:t>
      </w:r>
      <w:proofErr w:type="spellEnd"/>
      <w:r>
        <w:t xml:space="preserve"> </w:t>
      </w:r>
      <w:proofErr w:type="spellStart"/>
      <w:r>
        <w:t>rodzic</w:t>
      </w:r>
      <w:proofErr w:type="spellEnd"/>
    </w:p>
    <w:p w14:paraId="0277FFFE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Psychoterapia</w:t>
      </w:r>
      <w:proofErr w:type="spellEnd"/>
      <w:r>
        <w:t xml:space="preserve"> </w:t>
      </w:r>
      <w:proofErr w:type="spellStart"/>
      <w:r>
        <w:t>rodzinna</w:t>
      </w:r>
      <w:proofErr w:type="spellEnd"/>
    </w:p>
    <w:p w14:paraId="50A475A9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Psychoedukacja</w:t>
      </w:r>
      <w:proofErr w:type="spellEnd"/>
    </w:p>
    <w:p w14:paraId="5042ABB0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Grupa</w:t>
      </w:r>
      <w:proofErr w:type="spellEnd"/>
      <w:r>
        <w:t xml:space="preserve"> </w:t>
      </w:r>
      <w:proofErr w:type="spellStart"/>
      <w:r>
        <w:t>samopomocowa</w:t>
      </w:r>
      <w:proofErr w:type="spellEnd"/>
    </w:p>
    <w:p w14:paraId="28C160DF" w14:textId="77777777" w:rsidR="00D000C4" w:rsidRDefault="00D000C4" w:rsidP="00D000C4">
      <w:pPr>
        <w:pStyle w:val="Listanumerowana"/>
        <w:spacing w:after="0" w:line="360" w:lineRule="auto"/>
      </w:pPr>
      <w:proofErr w:type="spellStart"/>
      <w:r>
        <w:t>Szkoła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rodziców</w:t>
      </w:r>
      <w:proofErr w:type="spellEnd"/>
    </w:p>
    <w:p w14:paraId="1DAE0E00" w14:textId="77777777" w:rsidR="00D000C4" w:rsidRDefault="00D000C4" w:rsidP="00D000C4"/>
    <w:p w14:paraId="5218D772" w14:textId="77777777" w:rsidR="00D000C4" w:rsidRDefault="00D000C4" w:rsidP="00D000C4"/>
    <w:p w14:paraId="1E5292C4" w14:textId="77777777" w:rsidR="00D000C4" w:rsidRDefault="00D000C4" w:rsidP="00D000C4"/>
    <w:p w14:paraId="395BD850" w14:textId="1E0E1BF0" w:rsidR="00D000C4" w:rsidRDefault="00D000C4" w:rsidP="00D000C4">
      <w:r>
        <w:t>Data i podpis uczestnika/czki</w:t>
      </w:r>
    </w:p>
    <w:p w14:paraId="484B9734" w14:textId="77777777" w:rsidR="0024189B" w:rsidRDefault="009D2534" w:rsidP="000C74E6">
      <w:pPr>
        <w:spacing w:line="360" w:lineRule="auto"/>
      </w:pPr>
      <w:r>
        <w:t>........................................................................</w:t>
      </w:r>
    </w:p>
    <w:p w14:paraId="16F487AD" w14:textId="77777777" w:rsidR="0024189B" w:rsidRDefault="0024189B"/>
    <w:p w14:paraId="3E05ACE6" w14:textId="77777777" w:rsidR="0024189B" w:rsidRPr="008651FE" w:rsidRDefault="009D2534" w:rsidP="000C74E6">
      <w:pPr>
        <w:spacing w:line="360" w:lineRule="auto"/>
        <w:rPr>
          <w:lang w:val="pl-PL"/>
        </w:rPr>
      </w:pPr>
      <w:r w:rsidRPr="008651FE">
        <w:rPr>
          <w:lang w:val="pl-PL"/>
        </w:rPr>
        <w:t xml:space="preserve">Podpis osoby reprezentującej Centrum Pomocy Rodzinie Barbara </w:t>
      </w:r>
      <w:proofErr w:type="spellStart"/>
      <w:r w:rsidRPr="008651FE">
        <w:rPr>
          <w:lang w:val="pl-PL"/>
        </w:rPr>
        <w:t>Łężak</w:t>
      </w:r>
      <w:proofErr w:type="spellEnd"/>
    </w:p>
    <w:p w14:paraId="7AC6BE1B" w14:textId="77777777" w:rsidR="0024189B" w:rsidRDefault="009D2534" w:rsidP="000C74E6">
      <w:pPr>
        <w:spacing w:line="360" w:lineRule="auto"/>
      </w:pPr>
      <w:r>
        <w:t>........................................................................</w:t>
      </w:r>
    </w:p>
    <w:sectPr w:rsidR="0024189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3A4E" w14:textId="77777777" w:rsidR="00DE0E6B" w:rsidRDefault="00DE0E6B" w:rsidP="00853950">
      <w:pPr>
        <w:spacing w:after="0" w:line="240" w:lineRule="auto"/>
      </w:pPr>
      <w:r>
        <w:separator/>
      </w:r>
    </w:p>
  </w:endnote>
  <w:endnote w:type="continuationSeparator" w:id="0">
    <w:p w14:paraId="588A9E5D" w14:textId="77777777" w:rsidR="00DE0E6B" w:rsidRDefault="00DE0E6B" w:rsidP="0085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C1E3" w14:textId="77777777" w:rsidR="00DE0E6B" w:rsidRDefault="00DE0E6B" w:rsidP="00853950">
      <w:pPr>
        <w:spacing w:after="0" w:line="240" w:lineRule="auto"/>
      </w:pPr>
      <w:r>
        <w:separator/>
      </w:r>
    </w:p>
  </w:footnote>
  <w:footnote w:type="continuationSeparator" w:id="0">
    <w:p w14:paraId="71BAABC7" w14:textId="77777777" w:rsidR="00DE0E6B" w:rsidRDefault="00DE0E6B" w:rsidP="0085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1FB2" w14:textId="3829AD7F" w:rsidR="00853950" w:rsidRPr="008651FE" w:rsidRDefault="00853950" w:rsidP="00853950">
    <w:pPr>
      <w:spacing w:after="0"/>
      <w:rPr>
        <w:lang w:val="pl-PL"/>
      </w:rPr>
    </w:pPr>
    <w:r>
      <w:rPr>
        <w:noProof/>
      </w:rPr>
      <w:drawing>
        <wp:inline distT="0" distB="0" distL="0" distR="0" wp14:anchorId="55640EF9" wp14:editId="4D353056">
          <wp:extent cx="5486400" cy="684530"/>
          <wp:effectExtent l="0" t="0" r="0" b="1270"/>
          <wp:docPr id="80125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256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51FE">
      <w:rPr>
        <w:lang w:val="pl-PL"/>
      </w:rPr>
      <w:t>Projekt „Wspólnie dla rodziny”</w:t>
    </w:r>
    <w:r w:rsidR="00D000C4" w:rsidRPr="008651FE">
      <w:rPr>
        <w:lang w:val="pl-PL"/>
      </w:rPr>
      <w:t xml:space="preserve"> realizowany </w:t>
    </w:r>
    <w:r w:rsidRPr="008651FE">
      <w:rPr>
        <w:lang w:val="pl-PL"/>
      </w:rPr>
      <w:t>w ramach Programu Fundusze Europejskie dla Śląskiego 2021–2027</w:t>
    </w:r>
    <w:r w:rsidR="00D000C4" w:rsidRPr="008651FE">
      <w:rPr>
        <w:lang w:val="pl-PL"/>
      </w:rPr>
      <w:t xml:space="preserve"> </w:t>
    </w:r>
    <w:r w:rsidRPr="008651FE">
      <w:rPr>
        <w:lang w:val="pl-PL"/>
      </w:rPr>
      <w:t>współfinansowanego ze środków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023179"/>
    <w:multiLevelType w:val="hybridMultilevel"/>
    <w:tmpl w:val="3640AF62"/>
    <w:lvl w:ilvl="0" w:tplc="E236D1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46074"/>
    <w:multiLevelType w:val="hybridMultilevel"/>
    <w:tmpl w:val="2E2240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7463971">
    <w:abstractNumId w:val="8"/>
  </w:num>
  <w:num w:numId="2" w16cid:durableId="1126583520">
    <w:abstractNumId w:val="6"/>
  </w:num>
  <w:num w:numId="3" w16cid:durableId="2053840404">
    <w:abstractNumId w:val="5"/>
  </w:num>
  <w:num w:numId="4" w16cid:durableId="1514613490">
    <w:abstractNumId w:val="4"/>
  </w:num>
  <w:num w:numId="5" w16cid:durableId="562640386">
    <w:abstractNumId w:val="7"/>
  </w:num>
  <w:num w:numId="6" w16cid:durableId="1361468129">
    <w:abstractNumId w:val="3"/>
  </w:num>
  <w:num w:numId="7" w16cid:durableId="1554317569">
    <w:abstractNumId w:val="2"/>
  </w:num>
  <w:num w:numId="8" w16cid:durableId="444665853">
    <w:abstractNumId w:val="1"/>
  </w:num>
  <w:num w:numId="9" w16cid:durableId="150098871">
    <w:abstractNumId w:val="0"/>
  </w:num>
  <w:num w:numId="10" w16cid:durableId="2052267427">
    <w:abstractNumId w:val="9"/>
  </w:num>
  <w:num w:numId="11" w16cid:durableId="1064063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4E6"/>
    <w:rsid w:val="0015074B"/>
    <w:rsid w:val="00156CDA"/>
    <w:rsid w:val="0024189B"/>
    <w:rsid w:val="0029639D"/>
    <w:rsid w:val="002B54F3"/>
    <w:rsid w:val="00326F90"/>
    <w:rsid w:val="003A08F1"/>
    <w:rsid w:val="004272E8"/>
    <w:rsid w:val="00725EBE"/>
    <w:rsid w:val="00853950"/>
    <w:rsid w:val="008651FE"/>
    <w:rsid w:val="009D2534"/>
    <w:rsid w:val="00AA1D8D"/>
    <w:rsid w:val="00B05B1B"/>
    <w:rsid w:val="00B47730"/>
    <w:rsid w:val="00C15F7E"/>
    <w:rsid w:val="00CB0664"/>
    <w:rsid w:val="00D000C4"/>
    <w:rsid w:val="00DE0E6B"/>
    <w:rsid w:val="00F737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6D5A9"/>
  <w14:defaultImageDpi w14:val="300"/>
  <w15:docId w15:val="{14E24E57-BFED-499C-9D65-894BA152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2026-08-06T10:40:00Z</cp:lastPrinted>
  <dcterms:created xsi:type="dcterms:W3CDTF">2026-08-06T13:42:00Z</dcterms:created>
  <dcterms:modified xsi:type="dcterms:W3CDTF">2026-08-06T13:42:00Z</dcterms:modified>
  <cp:category/>
</cp:coreProperties>
</file>